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C17B63" w14:textId="77777777" w:rsidR="00F31AB3" w:rsidRPr="00C947E0" w:rsidRDefault="00000000">
      <w:pPr>
        <w:jc w:val="center"/>
        <w:rPr>
          <w:lang w:val="ca-ES"/>
        </w:rPr>
      </w:pPr>
      <w:r w:rsidRPr="00C947E0">
        <w:rPr>
          <w:b/>
          <w:sz w:val="40"/>
          <w:lang w:val="ca-ES"/>
        </w:rPr>
        <w:t>👤 CONEIX EL FOTÒGRAF</w:t>
      </w:r>
    </w:p>
    <w:p w14:paraId="6FA77787" w14:textId="77777777" w:rsidR="00F31AB3" w:rsidRPr="00C947E0" w:rsidRDefault="00000000">
      <w:pPr>
        <w:jc w:val="center"/>
        <w:rPr>
          <w:lang w:val="ca-ES"/>
        </w:rPr>
      </w:pPr>
      <w:r w:rsidRPr="00C947E0">
        <w:rPr>
          <w:b/>
          <w:sz w:val="24"/>
          <w:lang w:val="ca-ES"/>
        </w:rPr>
        <w:t>Qüestionari de participació – AFSantJust</w:t>
      </w:r>
    </w:p>
    <w:p w14:paraId="06A16BD6" w14:textId="77777777" w:rsidR="00F31AB3" w:rsidRPr="00C947E0" w:rsidRDefault="00000000">
      <w:pPr>
        <w:rPr>
          <w:lang w:val="ca-ES"/>
        </w:rPr>
      </w:pPr>
      <w:r w:rsidRPr="00C947E0">
        <w:rPr>
          <w:lang w:val="ca-ES"/>
        </w:rPr>
        <w:t>Aquest qüestionari és una guia per preparar la participació. No cal respondre totes les preguntes: serveix per ajudar-te a explicar la teva manera de viure i entendre la fotografia.</w:t>
      </w:r>
    </w:p>
    <w:p w14:paraId="79B29288" w14:textId="77777777" w:rsidR="00F31AB3" w:rsidRPr="00C947E0" w:rsidRDefault="00000000">
      <w:pPr>
        <w:spacing w:before="180"/>
        <w:rPr>
          <w:lang w:val="ca-ES"/>
        </w:rPr>
      </w:pPr>
      <w:r w:rsidRPr="00C947E0">
        <w:rPr>
          <w:b/>
          <w:sz w:val="28"/>
          <w:lang w:val="ca-ES"/>
        </w:rPr>
        <w:t>DADES DEL FOTÒGRAF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F31AB3" w:rsidRPr="00C947E0" w14:paraId="36CA0095" w14:textId="77777777">
        <w:trPr>
          <w:jc w:val="center"/>
        </w:trPr>
        <w:tc>
          <w:tcPr>
            <w:tcW w:w="5100" w:type="dxa"/>
            <w:shd w:val="clear" w:color="auto" w:fill="F2F2F2"/>
          </w:tcPr>
          <w:p w14:paraId="52AC6889" w14:textId="77777777" w:rsidR="00F31AB3" w:rsidRPr="00C947E0" w:rsidRDefault="00000000">
            <w:pPr>
              <w:rPr>
                <w:lang w:val="ca-ES"/>
              </w:rPr>
            </w:pPr>
            <w:r w:rsidRPr="00C947E0">
              <w:rPr>
                <w:lang w:val="ca-ES"/>
              </w:rPr>
              <w:t>Nom i cognoms</w:t>
            </w:r>
          </w:p>
        </w:tc>
        <w:tc>
          <w:tcPr>
            <w:tcW w:w="5100" w:type="dxa"/>
          </w:tcPr>
          <w:p w14:paraId="3B3336CC" w14:textId="181E5CC2" w:rsidR="00F31AB3" w:rsidRPr="00C947E0" w:rsidRDefault="00000000">
            <w:pPr>
              <w:rPr>
                <w:lang w:val="ca-ES"/>
              </w:rPr>
            </w:pPr>
            <w:r w:rsidRPr="00C947E0">
              <w:rPr>
                <w:lang w:val="ca-ES"/>
              </w:rPr>
              <w:br/>
            </w:r>
            <w:r w:rsidR="00767D09" w:rsidRPr="00C947E0">
              <w:rPr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="00767D09" w:rsidRPr="00C947E0">
              <w:rPr>
                <w:lang w:val="ca-ES"/>
              </w:rPr>
              <w:instrText xml:space="preserve"> FORMTEXT </w:instrText>
            </w:r>
            <w:r w:rsidR="00767D09" w:rsidRPr="00C947E0">
              <w:rPr>
                <w:lang w:val="ca-ES"/>
              </w:rPr>
            </w:r>
            <w:r w:rsidR="00767D09"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767D09" w:rsidRPr="00C947E0">
              <w:rPr>
                <w:lang w:val="ca-ES"/>
              </w:rPr>
              <w:fldChar w:fldCharType="end"/>
            </w:r>
            <w:bookmarkEnd w:id="0"/>
          </w:p>
        </w:tc>
      </w:tr>
      <w:tr w:rsidR="00F31AB3" w:rsidRPr="00C947E0" w14:paraId="3AEB1C00" w14:textId="77777777">
        <w:trPr>
          <w:jc w:val="center"/>
        </w:trPr>
        <w:tc>
          <w:tcPr>
            <w:tcW w:w="5100" w:type="dxa"/>
            <w:shd w:val="clear" w:color="auto" w:fill="F2F2F2"/>
          </w:tcPr>
          <w:p w14:paraId="7E85311D" w14:textId="77777777" w:rsidR="00F31AB3" w:rsidRPr="00C947E0" w:rsidRDefault="00000000">
            <w:pPr>
              <w:rPr>
                <w:lang w:val="ca-ES"/>
              </w:rPr>
            </w:pPr>
            <w:r w:rsidRPr="00C947E0">
              <w:rPr>
                <w:lang w:val="ca-ES"/>
              </w:rPr>
              <w:t>Data de la sessió</w:t>
            </w:r>
          </w:p>
        </w:tc>
        <w:tc>
          <w:tcPr>
            <w:tcW w:w="5100" w:type="dxa"/>
          </w:tcPr>
          <w:p w14:paraId="56BA0F55" w14:textId="05B73535" w:rsidR="00F31AB3" w:rsidRPr="00C947E0" w:rsidRDefault="00000000">
            <w:pPr>
              <w:rPr>
                <w:lang w:val="ca-ES"/>
              </w:rPr>
            </w:pPr>
            <w:r w:rsidRPr="00C947E0">
              <w:rPr>
                <w:lang w:val="ca-ES"/>
              </w:rPr>
              <w:br/>
            </w:r>
            <w:r w:rsidR="00767D09" w:rsidRPr="00C947E0">
              <w:rPr>
                <w:lang w:val="ca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="00767D09" w:rsidRPr="00C947E0">
              <w:rPr>
                <w:lang w:val="ca-ES"/>
              </w:rPr>
              <w:instrText xml:space="preserve"> FORMTEXT </w:instrText>
            </w:r>
            <w:r w:rsidR="00767D09" w:rsidRPr="00C947E0">
              <w:rPr>
                <w:lang w:val="ca-ES"/>
              </w:rPr>
            </w:r>
            <w:r w:rsidR="00767D09"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767D09" w:rsidRPr="00C947E0">
              <w:rPr>
                <w:lang w:val="ca-ES"/>
              </w:rPr>
              <w:fldChar w:fldCharType="end"/>
            </w:r>
            <w:bookmarkEnd w:id="1"/>
          </w:p>
        </w:tc>
      </w:tr>
      <w:tr w:rsidR="00F31AB3" w:rsidRPr="00C947E0" w14:paraId="63C09DAB" w14:textId="77777777">
        <w:trPr>
          <w:jc w:val="center"/>
        </w:trPr>
        <w:tc>
          <w:tcPr>
            <w:tcW w:w="5100" w:type="dxa"/>
            <w:shd w:val="clear" w:color="auto" w:fill="F2F2F2"/>
          </w:tcPr>
          <w:p w14:paraId="689E09F5" w14:textId="77777777" w:rsidR="00F31AB3" w:rsidRPr="00C947E0" w:rsidRDefault="00000000">
            <w:pPr>
              <w:rPr>
                <w:lang w:val="ca-ES"/>
              </w:rPr>
            </w:pPr>
            <w:r w:rsidRPr="00C947E0">
              <w:rPr>
                <w:lang w:val="ca-ES"/>
              </w:rPr>
              <w:t>Temps aproximat de presentació</w:t>
            </w:r>
          </w:p>
        </w:tc>
        <w:tc>
          <w:tcPr>
            <w:tcW w:w="5100" w:type="dxa"/>
          </w:tcPr>
          <w:p w14:paraId="11F0F3AB" w14:textId="2B3F00AB" w:rsidR="00F31AB3" w:rsidRPr="00C947E0" w:rsidRDefault="00000000">
            <w:pPr>
              <w:rPr>
                <w:lang w:val="ca-ES"/>
              </w:rPr>
            </w:pPr>
            <w:r w:rsidRPr="00C947E0">
              <w:rPr>
                <w:lang w:val="ca-ES"/>
              </w:rPr>
              <w:br/>
            </w:r>
            <w:r w:rsidR="00767D09" w:rsidRPr="00C947E0">
              <w:rPr>
                <w:lang w:val="ca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="00767D09" w:rsidRPr="00C947E0">
              <w:rPr>
                <w:lang w:val="ca-ES"/>
              </w:rPr>
              <w:instrText xml:space="preserve"> FORMTEXT </w:instrText>
            </w:r>
            <w:r w:rsidR="00767D09" w:rsidRPr="00C947E0">
              <w:rPr>
                <w:lang w:val="ca-ES"/>
              </w:rPr>
            </w:r>
            <w:r w:rsidR="00767D09"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767D09" w:rsidRPr="00C947E0">
              <w:rPr>
                <w:lang w:val="ca-ES"/>
              </w:rPr>
              <w:fldChar w:fldCharType="end"/>
            </w:r>
            <w:bookmarkEnd w:id="2"/>
          </w:p>
        </w:tc>
      </w:tr>
      <w:tr w:rsidR="00F31AB3" w:rsidRPr="00C947E0" w14:paraId="610BA10D" w14:textId="77777777">
        <w:trPr>
          <w:jc w:val="center"/>
        </w:trPr>
        <w:tc>
          <w:tcPr>
            <w:tcW w:w="5100" w:type="dxa"/>
            <w:shd w:val="clear" w:color="auto" w:fill="F2F2F2"/>
          </w:tcPr>
          <w:p w14:paraId="6F6D8BF3" w14:textId="77777777" w:rsidR="00F31AB3" w:rsidRPr="00C947E0" w:rsidRDefault="00000000">
            <w:pPr>
              <w:rPr>
                <w:lang w:val="ca-ES"/>
              </w:rPr>
            </w:pPr>
            <w:r w:rsidRPr="00C947E0">
              <w:rPr>
                <w:lang w:val="ca-ES"/>
              </w:rPr>
              <w:t>Títol o tema de la presentació</w:t>
            </w:r>
          </w:p>
        </w:tc>
        <w:tc>
          <w:tcPr>
            <w:tcW w:w="5100" w:type="dxa"/>
          </w:tcPr>
          <w:p w14:paraId="589ED985" w14:textId="3B2AC964" w:rsidR="00F31AB3" w:rsidRPr="00C947E0" w:rsidRDefault="00000000" w:rsidP="00EF008A">
            <w:pPr>
              <w:rPr>
                <w:lang w:val="ca-ES"/>
              </w:rPr>
            </w:pPr>
            <w:r w:rsidRPr="00C947E0">
              <w:rPr>
                <w:lang w:val="ca-ES"/>
              </w:rPr>
              <w:br/>
            </w:r>
            <w:r w:rsidR="00EF008A" w:rsidRPr="00C947E0">
              <w:rPr>
                <w:lang w:val="ca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bookmarkStart w:id="3" w:name="Texto36"/>
            <w:r w:rsidR="00EF008A" w:rsidRPr="00C947E0">
              <w:rPr>
                <w:lang w:val="ca-ES"/>
              </w:rPr>
              <w:instrText xml:space="preserve"> FORMTEXT </w:instrText>
            </w:r>
            <w:r w:rsidR="00EF008A" w:rsidRPr="00C947E0">
              <w:rPr>
                <w:lang w:val="ca-ES"/>
              </w:rPr>
            </w:r>
            <w:r w:rsidR="00EF008A"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EF008A" w:rsidRPr="00C947E0">
              <w:rPr>
                <w:lang w:val="ca-ES"/>
              </w:rPr>
              <w:fldChar w:fldCharType="end"/>
            </w:r>
            <w:bookmarkEnd w:id="3"/>
          </w:p>
        </w:tc>
      </w:tr>
    </w:tbl>
    <w:p w14:paraId="162E527B" w14:textId="77777777" w:rsidR="00F31AB3" w:rsidRPr="00C947E0" w:rsidRDefault="00000000">
      <w:pPr>
        <w:spacing w:before="180"/>
        <w:rPr>
          <w:lang w:val="ca-ES"/>
        </w:rPr>
      </w:pPr>
      <w:r w:rsidRPr="00C947E0">
        <w:rPr>
          <w:b/>
          <w:sz w:val="28"/>
          <w:lang w:val="ca-ES"/>
        </w:rPr>
        <w:t>1. QUI SÓC?</w:t>
      </w:r>
    </w:p>
    <w:p w14:paraId="0A1EFB99" w14:textId="77777777" w:rsidR="00F31AB3" w:rsidRPr="00C947E0" w:rsidRDefault="00000000">
      <w:pPr>
        <w:rPr>
          <w:lang w:val="ca-ES"/>
        </w:rPr>
      </w:pPr>
      <w:r w:rsidRPr="00C947E0">
        <w:rPr>
          <w:lang w:val="ca-ES"/>
        </w:rPr>
        <w:t>Temps orientatiu: 5 minuts.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F31AB3" w:rsidRPr="00C947E0" w14:paraId="58B6738A" w14:textId="77777777">
        <w:trPr>
          <w:trHeight w:val="737"/>
          <w:jc w:val="center"/>
        </w:trPr>
        <w:tc>
          <w:tcPr>
            <w:tcW w:w="10200" w:type="dxa"/>
          </w:tcPr>
          <w:p w14:paraId="61A6D7EC" w14:textId="394207AF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C947E0">
              <w:rPr>
                <w:lang w:val="ca-ES"/>
              </w:rPr>
              <w:instrText xml:space="preserve"> </w:instrText>
            </w:r>
            <w:bookmarkStart w:id="4" w:name="Texto5"/>
            <w:r w:rsidRPr="00C947E0">
              <w:rPr>
                <w:lang w:val="ca-ES"/>
              </w:rPr>
              <w:instrText xml:space="preserve">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lang w:val="ca-ES"/>
              </w:rPr>
              <w:t> </w:t>
            </w:r>
            <w:r w:rsidR="00B42418">
              <w:rPr>
                <w:lang w:val="ca-ES"/>
              </w:rPr>
              <w:t> </w:t>
            </w:r>
            <w:r w:rsidR="00B42418">
              <w:rPr>
                <w:lang w:val="ca-ES"/>
              </w:rPr>
              <w:t> </w:t>
            </w:r>
            <w:r w:rsidR="00B42418">
              <w:rPr>
                <w:lang w:val="ca-ES"/>
              </w:rPr>
              <w:t> </w:t>
            </w:r>
            <w:r w:rsidR="00B42418">
              <w:rPr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4"/>
          </w:p>
        </w:tc>
      </w:tr>
      <w:tr w:rsidR="00F31AB3" w:rsidRPr="00C947E0" w14:paraId="1BA4E930" w14:textId="77777777">
        <w:trPr>
          <w:trHeight w:val="737"/>
          <w:jc w:val="center"/>
        </w:trPr>
        <w:tc>
          <w:tcPr>
            <w:tcW w:w="10200" w:type="dxa"/>
          </w:tcPr>
          <w:p w14:paraId="6A7B6A2B" w14:textId="6A181669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5"/>
          </w:p>
        </w:tc>
      </w:tr>
      <w:tr w:rsidR="00F31AB3" w:rsidRPr="00C947E0" w14:paraId="30B90812" w14:textId="77777777">
        <w:trPr>
          <w:trHeight w:val="737"/>
          <w:jc w:val="center"/>
        </w:trPr>
        <w:tc>
          <w:tcPr>
            <w:tcW w:w="10200" w:type="dxa"/>
          </w:tcPr>
          <w:p w14:paraId="209289B1" w14:textId="40D46E12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6"/>
          </w:p>
        </w:tc>
      </w:tr>
      <w:tr w:rsidR="00F31AB3" w:rsidRPr="00C947E0" w14:paraId="0EC1CC91" w14:textId="77777777">
        <w:trPr>
          <w:trHeight w:val="737"/>
          <w:jc w:val="center"/>
        </w:trPr>
        <w:tc>
          <w:tcPr>
            <w:tcW w:w="10200" w:type="dxa"/>
          </w:tcPr>
          <w:p w14:paraId="457759EE" w14:textId="453B6508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7"/>
          </w:p>
        </w:tc>
      </w:tr>
    </w:tbl>
    <w:p w14:paraId="3BD186A1" w14:textId="77777777" w:rsidR="00F31AB3" w:rsidRPr="00C947E0" w:rsidRDefault="00000000">
      <w:pPr>
        <w:spacing w:before="180"/>
        <w:rPr>
          <w:lang w:val="ca-ES"/>
        </w:rPr>
      </w:pPr>
      <w:r w:rsidRPr="00C947E0">
        <w:rPr>
          <w:b/>
          <w:sz w:val="28"/>
          <w:lang w:val="ca-ES"/>
        </w:rPr>
        <w:t>2. ELS MEUS FOTÒGRAFS DE REFERÈNCIA</w:t>
      </w:r>
    </w:p>
    <w:p w14:paraId="7026B1EA" w14:textId="77777777" w:rsidR="00F31AB3" w:rsidRPr="00C947E0" w:rsidRDefault="00000000">
      <w:pPr>
        <w:rPr>
          <w:lang w:val="ca-ES"/>
        </w:rPr>
      </w:pPr>
      <w:r w:rsidRPr="00C947E0">
        <w:rPr>
          <w:lang w:val="ca-ES"/>
        </w:rPr>
        <w:t>Temps orientatiu: 5 minuts.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F31AB3" w:rsidRPr="00C947E0" w14:paraId="4C55ACFB" w14:textId="77777777">
        <w:trPr>
          <w:trHeight w:val="737"/>
          <w:jc w:val="center"/>
        </w:trPr>
        <w:tc>
          <w:tcPr>
            <w:tcW w:w="10200" w:type="dxa"/>
          </w:tcPr>
          <w:p w14:paraId="17845FA3" w14:textId="04A6BAD7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8"/>
          </w:p>
        </w:tc>
      </w:tr>
      <w:tr w:rsidR="00F31AB3" w:rsidRPr="00C947E0" w14:paraId="7F160A49" w14:textId="77777777">
        <w:trPr>
          <w:trHeight w:val="737"/>
          <w:jc w:val="center"/>
        </w:trPr>
        <w:tc>
          <w:tcPr>
            <w:tcW w:w="10200" w:type="dxa"/>
          </w:tcPr>
          <w:p w14:paraId="0DD9FEF1" w14:textId="6054AF00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9" w:name="Texto10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9"/>
          </w:p>
        </w:tc>
      </w:tr>
      <w:tr w:rsidR="00F31AB3" w:rsidRPr="00C947E0" w14:paraId="03A37AF6" w14:textId="77777777">
        <w:trPr>
          <w:trHeight w:val="737"/>
          <w:jc w:val="center"/>
        </w:trPr>
        <w:tc>
          <w:tcPr>
            <w:tcW w:w="10200" w:type="dxa"/>
          </w:tcPr>
          <w:p w14:paraId="0B958F34" w14:textId="671F044D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0" w:name="Texto11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10"/>
          </w:p>
        </w:tc>
      </w:tr>
      <w:tr w:rsidR="00F31AB3" w:rsidRPr="00C947E0" w14:paraId="6A31E7AE" w14:textId="77777777">
        <w:trPr>
          <w:trHeight w:val="737"/>
          <w:jc w:val="center"/>
        </w:trPr>
        <w:tc>
          <w:tcPr>
            <w:tcW w:w="10200" w:type="dxa"/>
          </w:tcPr>
          <w:p w14:paraId="31B0E445" w14:textId="7D6E6776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1" w:name="Texto12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11"/>
          </w:p>
        </w:tc>
      </w:tr>
    </w:tbl>
    <w:p w14:paraId="1791FC65" w14:textId="77777777" w:rsidR="00F31AB3" w:rsidRPr="00C947E0" w:rsidRDefault="00000000">
      <w:pPr>
        <w:spacing w:before="180"/>
        <w:rPr>
          <w:lang w:val="ca-ES"/>
        </w:rPr>
      </w:pPr>
      <w:r w:rsidRPr="00C947E0">
        <w:rPr>
          <w:b/>
          <w:sz w:val="28"/>
          <w:lang w:val="ca-ES"/>
        </w:rPr>
        <w:t>3. EL MEU EQUIP</w:t>
      </w:r>
    </w:p>
    <w:p w14:paraId="568C5DAC" w14:textId="77777777" w:rsidR="00F31AB3" w:rsidRPr="00C947E0" w:rsidRDefault="00000000">
      <w:pPr>
        <w:rPr>
          <w:lang w:val="ca-ES"/>
        </w:rPr>
      </w:pPr>
      <w:r w:rsidRPr="00C947E0">
        <w:rPr>
          <w:lang w:val="ca-ES"/>
        </w:rPr>
        <w:t>Temps orientatiu: 5 minuts. Explica el material i, sobretot, per què el utilitzes.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F31AB3" w:rsidRPr="00C947E0" w14:paraId="2B1B8E33" w14:textId="77777777">
        <w:trPr>
          <w:trHeight w:val="737"/>
          <w:jc w:val="center"/>
        </w:trPr>
        <w:tc>
          <w:tcPr>
            <w:tcW w:w="10200" w:type="dxa"/>
          </w:tcPr>
          <w:p w14:paraId="61F2650D" w14:textId="500CE696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lastRenderedPageBreak/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2" w:name="Texto13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12"/>
          </w:p>
        </w:tc>
      </w:tr>
      <w:tr w:rsidR="00F31AB3" w:rsidRPr="00C947E0" w14:paraId="199D46AB" w14:textId="77777777">
        <w:trPr>
          <w:trHeight w:val="737"/>
          <w:jc w:val="center"/>
        </w:trPr>
        <w:tc>
          <w:tcPr>
            <w:tcW w:w="10200" w:type="dxa"/>
          </w:tcPr>
          <w:p w14:paraId="5B2AF246" w14:textId="7A761D69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3" w:name="Texto14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13"/>
          </w:p>
        </w:tc>
      </w:tr>
      <w:tr w:rsidR="00F31AB3" w:rsidRPr="00C947E0" w14:paraId="1AC5852E" w14:textId="77777777">
        <w:trPr>
          <w:trHeight w:val="737"/>
          <w:jc w:val="center"/>
        </w:trPr>
        <w:tc>
          <w:tcPr>
            <w:tcW w:w="10200" w:type="dxa"/>
          </w:tcPr>
          <w:p w14:paraId="41ACBC6D" w14:textId="52790675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4" w:name="Texto15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14"/>
          </w:p>
        </w:tc>
      </w:tr>
      <w:tr w:rsidR="00F31AB3" w:rsidRPr="00C947E0" w14:paraId="6F55ED98" w14:textId="77777777">
        <w:trPr>
          <w:trHeight w:val="737"/>
          <w:jc w:val="center"/>
        </w:trPr>
        <w:tc>
          <w:tcPr>
            <w:tcW w:w="10200" w:type="dxa"/>
          </w:tcPr>
          <w:p w14:paraId="2692F88D" w14:textId="03C30C8A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5" w:name="Texto16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15"/>
          </w:p>
        </w:tc>
      </w:tr>
      <w:tr w:rsidR="00F31AB3" w:rsidRPr="00C947E0" w14:paraId="73E58340" w14:textId="77777777">
        <w:trPr>
          <w:trHeight w:val="737"/>
          <w:jc w:val="center"/>
        </w:trPr>
        <w:tc>
          <w:tcPr>
            <w:tcW w:w="10200" w:type="dxa"/>
          </w:tcPr>
          <w:p w14:paraId="4E88DF26" w14:textId="37ECCF0C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6" w:name="Texto17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16"/>
          </w:p>
        </w:tc>
      </w:tr>
    </w:tbl>
    <w:p w14:paraId="46E93545" w14:textId="77777777" w:rsidR="00F31AB3" w:rsidRPr="00C947E0" w:rsidRDefault="00000000">
      <w:pPr>
        <w:spacing w:before="180"/>
        <w:rPr>
          <w:lang w:val="ca-ES"/>
        </w:rPr>
      </w:pPr>
      <w:r w:rsidRPr="00C947E0">
        <w:rPr>
          <w:b/>
          <w:sz w:val="28"/>
          <w:lang w:val="ca-ES"/>
        </w:rPr>
        <w:t>4. LES MEVES FOTOGRAFIES</w:t>
      </w:r>
    </w:p>
    <w:p w14:paraId="7BAD7E31" w14:textId="77777777" w:rsidR="00F31AB3" w:rsidRPr="00C947E0" w:rsidRDefault="00000000">
      <w:pPr>
        <w:rPr>
          <w:lang w:val="ca-ES"/>
        </w:rPr>
      </w:pPr>
      <w:r w:rsidRPr="00C947E0">
        <w:rPr>
          <w:lang w:val="ca-ES"/>
        </w:rPr>
        <w:t>Part principal: selecciona entre 10 i 15 fotografies i explica què hi ha darrere de cadascuna.</w:t>
      </w:r>
    </w:p>
    <w:p w14:paraId="49CF0DBE" w14:textId="77777777" w:rsidR="00F31AB3" w:rsidRPr="00C947E0" w:rsidRDefault="00000000">
      <w:pPr>
        <w:rPr>
          <w:lang w:val="ca-ES"/>
        </w:rPr>
      </w:pPr>
      <w:r w:rsidRPr="00C947E0">
        <w:rPr>
          <w:b/>
          <w:sz w:val="22"/>
          <w:lang w:val="ca-ES"/>
        </w:rPr>
        <w:t>FOTOGRAFIA 1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F31AB3" w:rsidRPr="00C947E0" w14:paraId="20AED621" w14:textId="77777777">
        <w:trPr>
          <w:trHeight w:val="453"/>
          <w:jc w:val="center"/>
        </w:trPr>
        <w:tc>
          <w:tcPr>
            <w:tcW w:w="10200" w:type="dxa"/>
          </w:tcPr>
          <w:p w14:paraId="274F1A40" w14:textId="7A0F9381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7" w:name="Texto18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17"/>
          </w:p>
        </w:tc>
      </w:tr>
      <w:tr w:rsidR="00F31AB3" w:rsidRPr="00C947E0" w14:paraId="786045D8" w14:textId="77777777">
        <w:trPr>
          <w:trHeight w:val="453"/>
          <w:jc w:val="center"/>
        </w:trPr>
        <w:tc>
          <w:tcPr>
            <w:tcW w:w="10200" w:type="dxa"/>
          </w:tcPr>
          <w:p w14:paraId="6E597166" w14:textId="3457CD2C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8" w:name="Texto19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18"/>
          </w:p>
        </w:tc>
      </w:tr>
      <w:tr w:rsidR="00F31AB3" w:rsidRPr="00C947E0" w14:paraId="48286AB7" w14:textId="77777777">
        <w:trPr>
          <w:trHeight w:val="453"/>
          <w:jc w:val="center"/>
        </w:trPr>
        <w:tc>
          <w:tcPr>
            <w:tcW w:w="10200" w:type="dxa"/>
          </w:tcPr>
          <w:p w14:paraId="20646FF9" w14:textId="07138C94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9" w:name="Texto20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19"/>
          </w:p>
        </w:tc>
      </w:tr>
      <w:tr w:rsidR="00F31AB3" w:rsidRPr="00C947E0" w14:paraId="059D74AA" w14:textId="77777777">
        <w:trPr>
          <w:trHeight w:val="453"/>
          <w:jc w:val="center"/>
        </w:trPr>
        <w:tc>
          <w:tcPr>
            <w:tcW w:w="10200" w:type="dxa"/>
          </w:tcPr>
          <w:p w14:paraId="5192BE5A" w14:textId="31BAF33D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0" w:name="Texto21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20"/>
          </w:p>
        </w:tc>
      </w:tr>
      <w:tr w:rsidR="00F31AB3" w:rsidRPr="00C947E0" w14:paraId="577B8A3C" w14:textId="77777777">
        <w:trPr>
          <w:trHeight w:val="453"/>
          <w:jc w:val="center"/>
        </w:trPr>
        <w:tc>
          <w:tcPr>
            <w:tcW w:w="10200" w:type="dxa"/>
          </w:tcPr>
          <w:p w14:paraId="04915BCD" w14:textId="33639EBA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1" w:name="Texto22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21"/>
          </w:p>
        </w:tc>
      </w:tr>
      <w:tr w:rsidR="00F31AB3" w:rsidRPr="00C947E0" w14:paraId="09F6DE5E" w14:textId="77777777">
        <w:trPr>
          <w:trHeight w:val="453"/>
          <w:jc w:val="center"/>
        </w:trPr>
        <w:tc>
          <w:tcPr>
            <w:tcW w:w="10200" w:type="dxa"/>
          </w:tcPr>
          <w:p w14:paraId="3972F391" w14:textId="478AF300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2" w:name="Texto23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22"/>
          </w:p>
        </w:tc>
      </w:tr>
    </w:tbl>
    <w:p w14:paraId="5EBD63B6" w14:textId="77777777" w:rsidR="00F31AB3" w:rsidRPr="00C947E0" w:rsidRDefault="00000000">
      <w:pPr>
        <w:rPr>
          <w:lang w:val="ca-ES"/>
        </w:rPr>
      </w:pPr>
      <w:r w:rsidRPr="00C947E0">
        <w:rPr>
          <w:b/>
          <w:sz w:val="22"/>
          <w:lang w:val="ca-ES"/>
        </w:rPr>
        <w:t>FOTOGRAFIA 2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F31AB3" w:rsidRPr="00C947E0" w14:paraId="7E9E8CE1" w14:textId="77777777">
        <w:trPr>
          <w:trHeight w:val="453"/>
          <w:jc w:val="center"/>
        </w:trPr>
        <w:tc>
          <w:tcPr>
            <w:tcW w:w="10200" w:type="dxa"/>
          </w:tcPr>
          <w:p w14:paraId="22A7135D" w14:textId="0A443B8A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23" w:name="Texto24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23"/>
          </w:p>
        </w:tc>
      </w:tr>
      <w:tr w:rsidR="00F31AB3" w:rsidRPr="00C947E0" w14:paraId="57000CBA" w14:textId="77777777">
        <w:trPr>
          <w:trHeight w:val="453"/>
          <w:jc w:val="center"/>
        </w:trPr>
        <w:tc>
          <w:tcPr>
            <w:tcW w:w="10200" w:type="dxa"/>
          </w:tcPr>
          <w:p w14:paraId="238F997D" w14:textId="3B6D57AF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24" w:name="Texto25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24"/>
          </w:p>
        </w:tc>
      </w:tr>
      <w:tr w:rsidR="00F31AB3" w:rsidRPr="00C947E0" w14:paraId="51880034" w14:textId="77777777">
        <w:trPr>
          <w:trHeight w:val="453"/>
          <w:jc w:val="center"/>
        </w:trPr>
        <w:tc>
          <w:tcPr>
            <w:tcW w:w="10200" w:type="dxa"/>
          </w:tcPr>
          <w:p w14:paraId="37F51DE1" w14:textId="7D5139E7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25" w:name="Texto26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25"/>
          </w:p>
        </w:tc>
      </w:tr>
      <w:tr w:rsidR="00F31AB3" w:rsidRPr="00C947E0" w14:paraId="6CEB1590" w14:textId="77777777">
        <w:trPr>
          <w:trHeight w:val="453"/>
          <w:jc w:val="center"/>
        </w:trPr>
        <w:tc>
          <w:tcPr>
            <w:tcW w:w="10200" w:type="dxa"/>
          </w:tcPr>
          <w:p w14:paraId="697C9EF5" w14:textId="0F853B16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26" w:name="Texto27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26"/>
          </w:p>
        </w:tc>
      </w:tr>
      <w:tr w:rsidR="00F31AB3" w:rsidRPr="00C947E0" w14:paraId="527B6BA3" w14:textId="77777777">
        <w:trPr>
          <w:trHeight w:val="453"/>
          <w:jc w:val="center"/>
        </w:trPr>
        <w:tc>
          <w:tcPr>
            <w:tcW w:w="10200" w:type="dxa"/>
          </w:tcPr>
          <w:p w14:paraId="11A7191F" w14:textId="27AF118A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27" w:name="Texto28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27"/>
          </w:p>
        </w:tc>
      </w:tr>
      <w:tr w:rsidR="00F31AB3" w:rsidRPr="00C947E0" w14:paraId="3A11AA55" w14:textId="77777777">
        <w:trPr>
          <w:trHeight w:val="453"/>
          <w:jc w:val="center"/>
        </w:trPr>
        <w:tc>
          <w:tcPr>
            <w:tcW w:w="10200" w:type="dxa"/>
          </w:tcPr>
          <w:p w14:paraId="63DD40F4" w14:textId="38880B31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28" w:name="Texto29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28"/>
          </w:p>
        </w:tc>
      </w:tr>
    </w:tbl>
    <w:p w14:paraId="52C0429D" w14:textId="77777777" w:rsidR="00F31AB3" w:rsidRPr="00C947E0" w:rsidRDefault="00000000">
      <w:pPr>
        <w:rPr>
          <w:lang w:val="ca-ES"/>
        </w:rPr>
      </w:pPr>
      <w:r w:rsidRPr="00C947E0">
        <w:rPr>
          <w:b/>
          <w:sz w:val="22"/>
          <w:lang w:val="ca-ES"/>
        </w:rPr>
        <w:t>FOTOGRAFIA 3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F31AB3" w:rsidRPr="00C947E0" w14:paraId="067E079A" w14:textId="77777777">
        <w:trPr>
          <w:trHeight w:val="453"/>
          <w:jc w:val="center"/>
        </w:trPr>
        <w:tc>
          <w:tcPr>
            <w:tcW w:w="10200" w:type="dxa"/>
          </w:tcPr>
          <w:p w14:paraId="34C862AB" w14:textId="5CDA2E7B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29" w:name="Texto30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29"/>
          </w:p>
        </w:tc>
      </w:tr>
      <w:tr w:rsidR="00F31AB3" w:rsidRPr="00C947E0" w14:paraId="22B69711" w14:textId="77777777">
        <w:trPr>
          <w:trHeight w:val="453"/>
          <w:jc w:val="center"/>
        </w:trPr>
        <w:tc>
          <w:tcPr>
            <w:tcW w:w="10200" w:type="dxa"/>
          </w:tcPr>
          <w:p w14:paraId="2BF64B61" w14:textId="40D847C0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30" w:name="Texto31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30"/>
          </w:p>
        </w:tc>
      </w:tr>
      <w:tr w:rsidR="00F31AB3" w:rsidRPr="00C947E0" w14:paraId="6B5FC4A6" w14:textId="77777777">
        <w:trPr>
          <w:trHeight w:val="453"/>
          <w:jc w:val="center"/>
        </w:trPr>
        <w:tc>
          <w:tcPr>
            <w:tcW w:w="10200" w:type="dxa"/>
          </w:tcPr>
          <w:p w14:paraId="51CE1DF3" w14:textId="3EDBD48E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31" w:name="Texto32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31"/>
          </w:p>
        </w:tc>
      </w:tr>
      <w:tr w:rsidR="00F31AB3" w:rsidRPr="00C947E0" w14:paraId="50C901DC" w14:textId="77777777">
        <w:trPr>
          <w:trHeight w:val="453"/>
          <w:jc w:val="center"/>
        </w:trPr>
        <w:tc>
          <w:tcPr>
            <w:tcW w:w="10200" w:type="dxa"/>
          </w:tcPr>
          <w:p w14:paraId="5407F82F" w14:textId="0079DC77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bookmarkStart w:id="32" w:name="Texto33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32"/>
          </w:p>
        </w:tc>
      </w:tr>
      <w:tr w:rsidR="00F31AB3" w:rsidRPr="00C947E0" w14:paraId="59192F62" w14:textId="77777777">
        <w:trPr>
          <w:trHeight w:val="453"/>
          <w:jc w:val="center"/>
        </w:trPr>
        <w:tc>
          <w:tcPr>
            <w:tcW w:w="10200" w:type="dxa"/>
          </w:tcPr>
          <w:p w14:paraId="4A592625" w14:textId="5CD77C30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lastRenderedPageBreak/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33" w:name="Texto34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33"/>
          </w:p>
        </w:tc>
      </w:tr>
      <w:tr w:rsidR="00F31AB3" w:rsidRPr="00C947E0" w14:paraId="29E47618" w14:textId="77777777">
        <w:trPr>
          <w:trHeight w:val="453"/>
          <w:jc w:val="center"/>
        </w:trPr>
        <w:tc>
          <w:tcPr>
            <w:tcW w:w="10200" w:type="dxa"/>
          </w:tcPr>
          <w:p w14:paraId="363BA98E" w14:textId="5A8807D4" w:rsidR="00F31AB3" w:rsidRPr="00C947E0" w:rsidRDefault="00767D09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34" w:name="Texto35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34"/>
          </w:p>
        </w:tc>
      </w:tr>
    </w:tbl>
    <w:p w14:paraId="3C933177" w14:textId="77777777" w:rsidR="00F31AB3" w:rsidRPr="00C947E0" w:rsidRDefault="00000000">
      <w:pPr>
        <w:rPr>
          <w:lang w:val="ca-ES"/>
        </w:rPr>
      </w:pPr>
      <w:r w:rsidRPr="00C947E0">
        <w:rPr>
          <w:b/>
          <w:sz w:val="22"/>
          <w:lang w:val="ca-ES"/>
        </w:rPr>
        <w:t>FOTOGRAFIA 4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F31AB3" w:rsidRPr="00C947E0" w14:paraId="4983B787" w14:textId="77777777">
        <w:trPr>
          <w:trHeight w:val="453"/>
          <w:jc w:val="center"/>
        </w:trPr>
        <w:tc>
          <w:tcPr>
            <w:tcW w:w="10200" w:type="dxa"/>
          </w:tcPr>
          <w:p w14:paraId="75DD654A" w14:textId="0DD7581B" w:rsidR="00F31AB3" w:rsidRPr="00C947E0" w:rsidRDefault="00EF008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35" w:name="Texto37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35"/>
          </w:p>
        </w:tc>
      </w:tr>
      <w:tr w:rsidR="00F31AB3" w:rsidRPr="00C947E0" w14:paraId="5CAB3A0D" w14:textId="77777777">
        <w:trPr>
          <w:trHeight w:val="453"/>
          <w:jc w:val="center"/>
        </w:trPr>
        <w:tc>
          <w:tcPr>
            <w:tcW w:w="10200" w:type="dxa"/>
          </w:tcPr>
          <w:p w14:paraId="5D248265" w14:textId="05BBCC81" w:rsidR="00F31AB3" w:rsidRPr="00C947E0" w:rsidRDefault="00EF008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36" w:name="Texto38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36"/>
          </w:p>
        </w:tc>
      </w:tr>
      <w:tr w:rsidR="00F31AB3" w:rsidRPr="00C947E0" w14:paraId="15EA3685" w14:textId="77777777">
        <w:trPr>
          <w:trHeight w:val="453"/>
          <w:jc w:val="center"/>
        </w:trPr>
        <w:tc>
          <w:tcPr>
            <w:tcW w:w="10200" w:type="dxa"/>
          </w:tcPr>
          <w:p w14:paraId="2FDEEB00" w14:textId="6E8248EB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37" w:name="Texto39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37"/>
          </w:p>
        </w:tc>
      </w:tr>
      <w:tr w:rsidR="00F31AB3" w:rsidRPr="00C947E0" w14:paraId="37941613" w14:textId="77777777">
        <w:trPr>
          <w:trHeight w:val="453"/>
          <w:jc w:val="center"/>
        </w:trPr>
        <w:tc>
          <w:tcPr>
            <w:tcW w:w="10200" w:type="dxa"/>
          </w:tcPr>
          <w:p w14:paraId="553A45C9" w14:textId="3D185E58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38" w:name="Texto40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38"/>
          </w:p>
        </w:tc>
      </w:tr>
      <w:tr w:rsidR="00F31AB3" w:rsidRPr="00C947E0" w14:paraId="225122CA" w14:textId="77777777">
        <w:trPr>
          <w:trHeight w:val="453"/>
          <w:jc w:val="center"/>
        </w:trPr>
        <w:tc>
          <w:tcPr>
            <w:tcW w:w="10200" w:type="dxa"/>
          </w:tcPr>
          <w:p w14:paraId="471F9983" w14:textId="222544F4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bookmarkStart w:id="39" w:name="Texto41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39"/>
          </w:p>
        </w:tc>
      </w:tr>
      <w:tr w:rsidR="00F31AB3" w:rsidRPr="00C947E0" w14:paraId="12110075" w14:textId="77777777">
        <w:trPr>
          <w:trHeight w:val="453"/>
          <w:jc w:val="center"/>
        </w:trPr>
        <w:tc>
          <w:tcPr>
            <w:tcW w:w="10200" w:type="dxa"/>
          </w:tcPr>
          <w:p w14:paraId="1DB05DF3" w14:textId="4B0D7D40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bookmarkStart w:id="40" w:name="Texto42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40"/>
          </w:p>
        </w:tc>
      </w:tr>
    </w:tbl>
    <w:p w14:paraId="314B3F6D" w14:textId="77777777" w:rsidR="00F31AB3" w:rsidRPr="00C947E0" w:rsidRDefault="00000000">
      <w:pPr>
        <w:rPr>
          <w:lang w:val="ca-ES"/>
        </w:rPr>
      </w:pPr>
      <w:r w:rsidRPr="00C947E0">
        <w:rPr>
          <w:b/>
          <w:sz w:val="22"/>
          <w:lang w:val="ca-ES"/>
        </w:rPr>
        <w:t>FOTOGRAFIA 5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F31AB3" w:rsidRPr="00C947E0" w14:paraId="0D1AFAEC" w14:textId="77777777">
        <w:trPr>
          <w:trHeight w:val="453"/>
          <w:jc w:val="center"/>
        </w:trPr>
        <w:tc>
          <w:tcPr>
            <w:tcW w:w="10200" w:type="dxa"/>
          </w:tcPr>
          <w:p w14:paraId="2ECD17E8" w14:textId="11CA4996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bookmarkStart w:id="41" w:name="Texto43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41"/>
          </w:p>
        </w:tc>
      </w:tr>
      <w:tr w:rsidR="00F31AB3" w:rsidRPr="00C947E0" w14:paraId="59A8F697" w14:textId="77777777">
        <w:trPr>
          <w:trHeight w:val="453"/>
          <w:jc w:val="center"/>
        </w:trPr>
        <w:tc>
          <w:tcPr>
            <w:tcW w:w="10200" w:type="dxa"/>
          </w:tcPr>
          <w:p w14:paraId="5F18E8D4" w14:textId="0838B238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bookmarkStart w:id="42" w:name="Texto44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42"/>
          </w:p>
        </w:tc>
      </w:tr>
      <w:tr w:rsidR="00F31AB3" w:rsidRPr="00C947E0" w14:paraId="68095ADC" w14:textId="77777777">
        <w:trPr>
          <w:trHeight w:val="453"/>
          <w:jc w:val="center"/>
        </w:trPr>
        <w:tc>
          <w:tcPr>
            <w:tcW w:w="10200" w:type="dxa"/>
          </w:tcPr>
          <w:p w14:paraId="4208D612" w14:textId="146B9260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bookmarkStart w:id="43" w:name="Texto45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43"/>
          </w:p>
        </w:tc>
      </w:tr>
      <w:tr w:rsidR="00F31AB3" w:rsidRPr="00C947E0" w14:paraId="08EB8FFC" w14:textId="77777777">
        <w:trPr>
          <w:trHeight w:val="453"/>
          <w:jc w:val="center"/>
        </w:trPr>
        <w:tc>
          <w:tcPr>
            <w:tcW w:w="10200" w:type="dxa"/>
          </w:tcPr>
          <w:p w14:paraId="49EFA075" w14:textId="00E869A5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44" w:name="Texto46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44"/>
          </w:p>
        </w:tc>
      </w:tr>
      <w:tr w:rsidR="00F31AB3" w:rsidRPr="00C947E0" w14:paraId="13B02412" w14:textId="77777777">
        <w:trPr>
          <w:trHeight w:val="453"/>
          <w:jc w:val="center"/>
        </w:trPr>
        <w:tc>
          <w:tcPr>
            <w:tcW w:w="10200" w:type="dxa"/>
          </w:tcPr>
          <w:p w14:paraId="4FFF641A" w14:textId="27015DAB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bookmarkStart w:id="45" w:name="Texto47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45"/>
          </w:p>
        </w:tc>
      </w:tr>
      <w:tr w:rsidR="00F31AB3" w:rsidRPr="00C947E0" w14:paraId="17643DB4" w14:textId="77777777">
        <w:trPr>
          <w:trHeight w:val="453"/>
          <w:jc w:val="center"/>
        </w:trPr>
        <w:tc>
          <w:tcPr>
            <w:tcW w:w="10200" w:type="dxa"/>
          </w:tcPr>
          <w:p w14:paraId="67648C38" w14:textId="0E68F945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bookmarkStart w:id="46" w:name="Texto48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46"/>
          </w:p>
        </w:tc>
      </w:tr>
    </w:tbl>
    <w:p w14:paraId="7B9FD171" w14:textId="77777777" w:rsidR="00F31AB3" w:rsidRPr="00C947E0" w:rsidRDefault="00000000">
      <w:pPr>
        <w:rPr>
          <w:lang w:val="ca-ES"/>
        </w:rPr>
      </w:pPr>
      <w:r w:rsidRPr="00C947E0">
        <w:rPr>
          <w:b/>
          <w:sz w:val="22"/>
          <w:lang w:val="ca-ES"/>
        </w:rPr>
        <w:t>FOTOGRAFIA 6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F31AB3" w:rsidRPr="00C947E0" w14:paraId="639FF6B4" w14:textId="77777777">
        <w:trPr>
          <w:trHeight w:val="453"/>
          <w:jc w:val="center"/>
        </w:trPr>
        <w:tc>
          <w:tcPr>
            <w:tcW w:w="10200" w:type="dxa"/>
          </w:tcPr>
          <w:p w14:paraId="3D32DEF3" w14:textId="792BEC3C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47" w:name="Texto49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47"/>
          </w:p>
        </w:tc>
      </w:tr>
      <w:tr w:rsidR="00F31AB3" w:rsidRPr="00C947E0" w14:paraId="3ED3020F" w14:textId="77777777">
        <w:trPr>
          <w:trHeight w:val="453"/>
          <w:jc w:val="center"/>
        </w:trPr>
        <w:tc>
          <w:tcPr>
            <w:tcW w:w="10200" w:type="dxa"/>
          </w:tcPr>
          <w:p w14:paraId="0AC83CD9" w14:textId="1200E428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48" w:name="Texto50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48"/>
          </w:p>
        </w:tc>
      </w:tr>
      <w:tr w:rsidR="00F31AB3" w:rsidRPr="00C947E0" w14:paraId="4961D92E" w14:textId="77777777">
        <w:trPr>
          <w:trHeight w:val="453"/>
          <w:jc w:val="center"/>
        </w:trPr>
        <w:tc>
          <w:tcPr>
            <w:tcW w:w="10200" w:type="dxa"/>
          </w:tcPr>
          <w:p w14:paraId="4002E040" w14:textId="2005D57B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49" w:name="Texto51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49"/>
          </w:p>
        </w:tc>
      </w:tr>
      <w:tr w:rsidR="00F31AB3" w:rsidRPr="00C947E0" w14:paraId="23DD5F20" w14:textId="77777777">
        <w:trPr>
          <w:trHeight w:val="453"/>
          <w:jc w:val="center"/>
        </w:trPr>
        <w:tc>
          <w:tcPr>
            <w:tcW w:w="10200" w:type="dxa"/>
          </w:tcPr>
          <w:p w14:paraId="49D5A30F" w14:textId="676BC12B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50" w:name="Texto52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50"/>
          </w:p>
        </w:tc>
      </w:tr>
      <w:tr w:rsidR="00F31AB3" w:rsidRPr="00C947E0" w14:paraId="068B1F55" w14:textId="77777777">
        <w:trPr>
          <w:trHeight w:val="453"/>
          <w:jc w:val="center"/>
        </w:trPr>
        <w:tc>
          <w:tcPr>
            <w:tcW w:w="10200" w:type="dxa"/>
          </w:tcPr>
          <w:p w14:paraId="7E971EF2" w14:textId="2791D4B0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bookmarkStart w:id="51" w:name="Texto53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51"/>
          </w:p>
        </w:tc>
      </w:tr>
      <w:tr w:rsidR="00F31AB3" w:rsidRPr="00C947E0" w14:paraId="31FA140B" w14:textId="77777777">
        <w:trPr>
          <w:trHeight w:val="453"/>
          <w:jc w:val="center"/>
        </w:trPr>
        <w:tc>
          <w:tcPr>
            <w:tcW w:w="10200" w:type="dxa"/>
          </w:tcPr>
          <w:p w14:paraId="223DA545" w14:textId="2FB7F3AF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bookmarkStart w:id="52" w:name="Texto54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52"/>
          </w:p>
        </w:tc>
      </w:tr>
    </w:tbl>
    <w:p w14:paraId="61DFCAE0" w14:textId="77777777" w:rsidR="00F31AB3" w:rsidRPr="00C947E0" w:rsidRDefault="00000000">
      <w:pPr>
        <w:rPr>
          <w:lang w:val="ca-ES"/>
        </w:rPr>
      </w:pPr>
      <w:r w:rsidRPr="00C947E0">
        <w:rPr>
          <w:b/>
          <w:sz w:val="22"/>
          <w:lang w:val="ca-ES"/>
        </w:rPr>
        <w:t>FOTOGRAFIA 7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F31AB3" w:rsidRPr="00C947E0" w14:paraId="2A9F2F9F" w14:textId="77777777">
        <w:trPr>
          <w:trHeight w:val="453"/>
          <w:jc w:val="center"/>
        </w:trPr>
        <w:tc>
          <w:tcPr>
            <w:tcW w:w="10200" w:type="dxa"/>
          </w:tcPr>
          <w:p w14:paraId="6176EE41" w14:textId="4981C09A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bookmarkStart w:id="53" w:name="Texto55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53"/>
          </w:p>
        </w:tc>
      </w:tr>
      <w:tr w:rsidR="00F31AB3" w:rsidRPr="00C947E0" w14:paraId="749D5F17" w14:textId="77777777">
        <w:trPr>
          <w:trHeight w:val="453"/>
          <w:jc w:val="center"/>
        </w:trPr>
        <w:tc>
          <w:tcPr>
            <w:tcW w:w="10200" w:type="dxa"/>
          </w:tcPr>
          <w:p w14:paraId="37F2B1D7" w14:textId="2883E89D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bookmarkStart w:id="54" w:name="Texto56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54"/>
          </w:p>
        </w:tc>
      </w:tr>
      <w:tr w:rsidR="00F31AB3" w:rsidRPr="00C947E0" w14:paraId="019796AB" w14:textId="77777777">
        <w:trPr>
          <w:trHeight w:val="453"/>
          <w:jc w:val="center"/>
        </w:trPr>
        <w:tc>
          <w:tcPr>
            <w:tcW w:w="10200" w:type="dxa"/>
          </w:tcPr>
          <w:p w14:paraId="5455FB54" w14:textId="19DBA5A0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bookmarkStart w:id="55" w:name="Texto57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55"/>
          </w:p>
        </w:tc>
      </w:tr>
      <w:tr w:rsidR="00F31AB3" w:rsidRPr="00C947E0" w14:paraId="3A83DF02" w14:textId="77777777">
        <w:trPr>
          <w:trHeight w:val="453"/>
          <w:jc w:val="center"/>
        </w:trPr>
        <w:tc>
          <w:tcPr>
            <w:tcW w:w="10200" w:type="dxa"/>
          </w:tcPr>
          <w:p w14:paraId="2F7BC6BC" w14:textId="3F2AB2C9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bookmarkStart w:id="56" w:name="Texto58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56"/>
          </w:p>
        </w:tc>
      </w:tr>
      <w:tr w:rsidR="00F31AB3" w:rsidRPr="00C947E0" w14:paraId="0FF2AA4D" w14:textId="77777777">
        <w:trPr>
          <w:trHeight w:val="453"/>
          <w:jc w:val="center"/>
        </w:trPr>
        <w:tc>
          <w:tcPr>
            <w:tcW w:w="10200" w:type="dxa"/>
          </w:tcPr>
          <w:p w14:paraId="700F245B" w14:textId="751BE039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59"/>
                  <w:enabled/>
                  <w:calcOnExit w:val="0"/>
                  <w:textInput/>
                </w:ffData>
              </w:fldChar>
            </w:r>
            <w:bookmarkStart w:id="57" w:name="Texto59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57"/>
          </w:p>
        </w:tc>
      </w:tr>
      <w:tr w:rsidR="00F31AB3" w:rsidRPr="00C947E0" w14:paraId="11201824" w14:textId="77777777">
        <w:trPr>
          <w:trHeight w:val="453"/>
          <w:jc w:val="center"/>
        </w:trPr>
        <w:tc>
          <w:tcPr>
            <w:tcW w:w="10200" w:type="dxa"/>
          </w:tcPr>
          <w:p w14:paraId="6B7C0D88" w14:textId="02B1ACC8" w:rsidR="00F31AB3" w:rsidRPr="00C947E0" w:rsidRDefault="00FA7C1C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bookmarkStart w:id="58" w:name="Texto60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58"/>
          </w:p>
        </w:tc>
      </w:tr>
    </w:tbl>
    <w:p w14:paraId="174AC8C4" w14:textId="77777777" w:rsidR="00F31AB3" w:rsidRPr="00C947E0" w:rsidRDefault="00000000">
      <w:pPr>
        <w:rPr>
          <w:lang w:val="ca-ES"/>
        </w:rPr>
      </w:pPr>
      <w:r w:rsidRPr="00C947E0">
        <w:rPr>
          <w:b/>
          <w:sz w:val="22"/>
          <w:lang w:val="ca-ES"/>
        </w:rPr>
        <w:lastRenderedPageBreak/>
        <w:t>FOTOGRAFIA 8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F31AB3" w:rsidRPr="00C947E0" w14:paraId="6EE21DBC" w14:textId="77777777">
        <w:trPr>
          <w:trHeight w:val="453"/>
          <w:jc w:val="center"/>
        </w:trPr>
        <w:tc>
          <w:tcPr>
            <w:tcW w:w="10200" w:type="dxa"/>
          </w:tcPr>
          <w:p w14:paraId="2B04B6B6" w14:textId="31CF3B47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bookmarkStart w:id="59" w:name="Texto61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59"/>
          </w:p>
        </w:tc>
      </w:tr>
      <w:tr w:rsidR="00F31AB3" w:rsidRPr="00C947E0" w14:paraId="35BA3641" w14:textId="77777777">
        <w:trPr>
          <w:trHeight w:val="453"/>
          <w:jc w:val="center"/>
        </w:trPr>
        <w:tc>
          <w:tcPr>
            <w:tcW w:w="10200" w:type="dxa"/>
          </w:tcPr>
          <w:p w14:paraId="739BA948" w14:textId="494F553C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bookmarkStart w:id="60" w:name="Texto62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60"/>
          </w:p>
        </w:tc>
      </w:tr>
      <w:tr w:rsidR="00F31AB3" w:rsidRPr="00C947E0" w14:paraId="3CEF95EC" w14:textId="77777777">
        <w:trPr>
          <w:trHeight w:val="453"/>
          <w:jc w:val="center"/>
        </w:trPr>
        <w:tc>
          <w:tcPr>
            <w:tcW w:w="10200" w:type="dxa"/>
          </w:tcPr>
          <w:p w14:paraId="43C02245" w14:textId="7A905187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bookmarkStart w:id="61" w:name="Texto63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61"/>
          </w:p>
        </w:tc>
      </w:tr>
      <w:tr w:rsidR="00F31AB3" w:rsidRPr="00C947E0" w14:paraId="04FCB2F6" w14:textId="77777777">
        <w:trPr>
          <w:trHeight w:val="453"/>
          <w:jc w:val="center"/>
        </w:trPr>
        <w:tc>
          <w:tcPr>
            <w:tcW w:w="10200" w:type="dxa"/>
          </w:tcPr>
          <w:p w14:paraId="4E5744F1" w14:textId="6A8981CF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bookmarkStart w:id="62" w:name="Texto64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62"/>
          </w:p>
        </w:tc>
      </w:tr>
      <w:tr w:rsidR="00F31AB3" w:rsidRPr="00C947E0" w14:paraId="2023B959" w14:textId="77777777">
        <w:trPr>
          <w:trHeight w:val="453"/>
          <w:jc w:val="center"/>
        </w:trPr>
        <w:tc>
          <w:tcPr>
            <w:tcW w:w="10200" w:type="dxa"/>
          </w:tcPr>
          <w:p w14:paraId="6D6A3FF0" w14:textId="1270CE30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bookmarkStart w:id="63" w:name="Texto65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63"/>
          </w:p>
        </w:tc>
      </w:tr>
      <w:tr w:rsidR="00F31AB3" w:rsidRPr="00C947E0" w14:paraId="778C2F58" w14:textId="77777777">
        <w:trPr>
          <w:trHeight w:val="453"/>
          <w:jc w:val="center"/>
        </w:trPr>
        <w:tc>
          <w:tcPr>
            <w:tcW w:w="10200" w:type="dxa"/>
          </w:tcPr>
          <w:p w14:paraId="158A592F" w14:textId="3166D9A0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bookmarkStart w:id="64" w:name="Texto66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64"/>
          </w:p>
        </w:tc>
      </w:tr>
    </w:tbl>
    <w:p w14:paraId="580149EA" w14:textId="77777777" w:rsidR="00F31AB3" w:rsidRPr="00C947E0" w:rsidRDefault="00000000">
      <w:pPr>
        <w:rPr>
          <w:lang w:val="ca-ES"/>
        </w:rPr>
      </w:pPr>
      <w:r w:rsidRPr="00C947E0">
        <w:rPr>
          <w:b/>
          <w:sz w:val="22"/>
          <w:lang w:val="ca-ES"/>
        </w:rPr>
        <w:t>FOTOGRAFIA 9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F31AB3" w:rsidRPr="00C947E0" w14:paraId="1C01E074" w14:textId="77777777">
        <w:trPr>
          <w:trHeight w:val="453"/>
          <w:jc w:val="center"/>
        </w:trPr>
        <w:tc>
          <w:tcPr>
            <w:tcW w:w="10200" w:type="dxa"/>
          </w:tcPr>
          <w:p w14:paraId="447D7518" w14:textId="61ECEF71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bookmarkStart w:id="65" w:name="Texto67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65"/>
          </w:p>
        </w:tc>
      </w:tr>
      <w:tr w:rsidR="00F31AB3" w:rsidRPr="00C947E0" w14:paraId="6EBAE108" w14:textId="77777777">
        <w:trPr>
          <w:trHeight w:val="453"/>
          <w:jc w:val="center"/>
        </w:trPr>
        <w:tc>
          <w:tcPr>
            <w:tcW w:w="10200" w:type="dxa"/>
          </w:tcPr>
          <w:p w14:paraId="0F0C879A" w14:textId="19DA7B43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68"/>
                  <w:enabled/>
                  <w:calcOnExit w:val="0"/>
                  <w:textInput/>
                </w:ffData>
              </w:fldChar>
            </w:r>
            <w:bookmarkStart w:id="66" w:name="Texto68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66"/>
          </w:p>
        </w:tc>
      </w:tr>
      <w:tr w:rsidR="00F31AB3" w:rsidRPr="00C947E0" w14:paraId="4E14286D" w14:textId="77777777">
        <w:trPr>
          <w:trHeight w:val="453"/>
          <w:jc w:val="center"/>
        </w:trPr>
        <w:tc>
          <w:tcPr>
            <w:tcW w:w="10200" w:type="dxa"/>
          </w:tcPr>
          <w:p w14:paraId="1257D1B1" w14:textId="3DE7CEC7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bookmarkStart w:id="67" w:name="Texto69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67"/>
          </w:p>
        </w:tc>
      </w:tr>
      <w:tr w:rsidR="00F31AB3" w:rsidRPr="00C947E0" w14:paraId="4FCE03B7" w14:textId="77777777">
        <w:trPr>
          <w:trHeight w:val="453"/>
          <w:jc w:val="center"/>
        </w:trPr>
        <w:tc>
          <w:tcPr>
            <w:tcW w:w="10200" w:type="dxa"/>
          </w:tcPr>
          <w:p w14:paraId="765FAF1E" w14:textId="3FE6F723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bookmarkStart w:id="68" w:name="Texto70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68"/>
          </w:p>
        </w:tc>
      </w:tr>
      <w:tr w:rsidR="00F31AB3" w:rsidRPr="00C947E0" w14:paraId="70976A26" w14:textId="77777777">
        <w:trPr>
          <w:trHeight w:val="453"/>
          <w:jc w:val="center"/>
        </w:trPr>
        <w:tc>
          <w:tcPr>
            <w:tcW w:w="10200" w:type="dxa"/>
          </w:tcPr>
          <w:p w14:paraId="2D715A06" w14:textId="2A5A1203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bookmarkStart w:id="69" w:name="Texto71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69"/>
          </w:p>
        </w:tc>
      </w:tr>
      <w:tr w:rsidR="00F31AB3" w:rsidRPr="00C947E0" w14:paraId="7BC4555A" w14:textId="77777777">
        <w:trPr>
          <w:trHeight w:val="453"/>
          <w:jc w:val="center"/>
        </w:trPr>
        <w:tc>
          <w:tcPr>
            <w:tcW w:w="10200" w:type="dxa"/>
          </w:tcPr>
          <w:p w14:paraId="7BD02910" w14:textId="6457A446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72"/>
                  <w:enabled/>
                  <w:calcOnExit w:val="0"/>
                  <w:textInput/>
                </w:ffData>
              </w:fldChar>
            </w:r>
            <w:bookmarkStart w:id="70" w:name="Texto72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70"/>
          </w:p>
        </w:tc>
      </w:tr>
    </w:tbl>
    <w:p w14:paraId="360B585B" w14:textId="77777777" w:rsidR="00F31AB3" w:rsidRPr="00C947E0" w:rsidRDefault="00000000">
      <w:pPr>
        <w:rPr>
          <w:lang w:val="ca-ES"/>
        </w:rPr>
      </w:pPr>
      <w:r w:rsidRPr="00C947E0">
        <w:rPr>
          <w:b/>
          <w:sz w:val="22"/>
          <w:lang w:val="ca-ES"/>
        </w:rPr>
        <w:t>FOTOGRAFIA 10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F31AB3" w:rsidRPr="00C947E0" w14:paraId="5556586C" w14:textId="77777777">
        <w:trPr>
          <w:trHeight w:val="453"/>
          <w:jc w:val="center"/>
        </w:trPr>
        <w:tc>
          <w:tcPr>
            <w:tcW w:w="10200" w:type="dxa"/>
          </w:tcPr>
          <w:p w14:paraId="6C495BDF" w14:textId="4B62210B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bookmarkStart w:id="71" w:name="Texto73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71"/>
          </w:p>
        </w:tc>
      </w:tr>
      <w:tr w:rsidR="00F31AB3" w:rsidRPr="00C947E0" w14:paraId="2AF1905F" w14:textId="77777777">
        <w:trPr>
          <w:trHeight w:val="453"/>
          <w:jc w:val="center"/>
        </w:trPr>
        <w:tc>
          <w:tcPr>
            <w:tcW w:w="10200" w:type="dxa"/>
          </w:tcPr>
          <w:p w14:paraId="6C8AFBFA" w14:textId="304072E4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74"/>
                  <w:enabled/>
                  <w:calcOnExit w:val="0"/>
                  <w:textInput/>
                </w:ffData>
              </w:fldChar>
            </w:r>
            <w:bookmarkStart w:id="72" w:name="Texto74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72"/>
          </w:p>
        </w:tc>
      </w:tr>
      <w:tr w:rsidR="00F31AB3" w:rsidRPr="00C947E0" w14:paraId="74248AEC" w14:textId="77777777">
        <w:trPr>
          <w:trHeight w:val="453"/>
          <w:jc w:val="center"/>
        </w:trPr>
        <w:tc>
          <w:tcPr>
            <w:tcW w:w="10200" w:type="dxa"/>
          </w:tcPr>
          <w:p w14:paraId="103C4B61" w14:textId="49E45775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75"/>
                  <w:enabled/>
                  <w:calcOnExit w:val="0"/>
                  <w:textInput/>
                </w:ffData>
              </w:fldChar>
            </w:r>
            <w:bookmarkStart w:id="73" w:name="Texto75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73"/>
          </w:p>
        </w:tc>
      </w:tr>
      <w:tr w:rsidR="00F31AB3" w:rsidRPr="00C947E0" w14:paraId="482EC270" w14:textId="77777777">
        <w:trPr>
          <w:trHeight w:val="453"/>
          <w:jc w:val="center"/>
        </w:trPr>
        <w:tc>
          <w:tcPr>
            <w:tcW w:w="10200" w:type="dxa"/>
          </w:tcPr>
          <w:p w14:paraId="38F272E6" w14:textId="08F6E871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76"/>
                  <w:enabled/>
                  <w:calcOnExit w:val="0"/>
                  <w:textInput/>
                </w:ffData>
              </w:fldChar>
            </w:r>
            <w:bookmarkStart w:id="74" w:name="Texto76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74"/>
          </w:p>
        </w:tc>
      </w:tr>
      <w:tr w:rsidR="00F31AB3" w:rsidRPr="00C947E0" w14:paraId="4A1521E6" w14:textId="77777777">
        <w:trPr>
          <w:trHeight w:val="453"/>
          <w:jc w:val="center"/>
        </w:trPr>
        <w:tc>
          <w:tcPr>
            <w:tcW w:w="10200" w:type="dxa"/>
          </w:tcPr>
          <w:p w14:paraId="44E61735" w14:textId="4C1BA88D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77"/>
                  <w:enabled/>
                  <w:calcOnExit w:val="0"/>
                  <w:textInput/>
                </w:ffData>
              </w:fldChar>
            </w:r>
            <w:bookmarkStart w:id="75" w:name="Texto77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75"/>
          </w:p>
        </w:tc>
      </w:tr>
      <w:tr w:rsidR="00F31AB3" w:rsidRPr="00C947E0" w14:paraId="621003D7" w14:textId="77777777">
        <w:trPr>
          <w:trHeight w:val="453"/>
          <w:jc w:val="center"/>
        </w:trPr>
        <w:tc>
          <w:tcPr>
            <w:tcW w:w="10200" w:type="dxa"/>
          </w:tcPr>
          <w:p w14:paraId="27C23FA2" w14:textId="7BE236C1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78"/>
                  <w:enabled/>
                  <w:calcOnExit w:val="0"/>
                  <w:textInput/>
                </w:ffData>
              </w:fldChar>
            </w:r>
            <w:bookmarkStart w:id="76" w:name="Texto78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76"/>
          </w:p>
        </w:tc>
      </w:tr>
    </w:tbl>
    <w:p w14:paraId="1B702EB7" w14:textId="77777777" w:rsidR="00F31AB3" w:rsidRPr="00C947E0" w:rsidRDefault="00000000">
      <w:pPr>
        <w:rPr>
          <w:lang w:val="ca-ES"/>
        </w:rPr>
      </w:pPr>
      <w:r w:rsidRPr="00C947E0">
        <w:rPr>
          <w:b/>
          <w:sz w:val="22"/>
          <w:lang w:val="ca-ES"/>
        </w:rPr>
        <w:t>FOTOGRAFIA 11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F31AB3" w:rsidRPr="00C947E0" w14:paraId="20DB3677" w14:textId="77777777">
        <w:trPr>
          <w:trHeight w:val="453"/>
          <w:jc w:val="center"/>
        </w:trPr>
        <w:tc>
          <w:tcPr>
            <w:tcW w:w="10200" w:type="dxa"/>
          </w:tcPr>
          <w:p w14:paraId="39BCF3A1" w14:textId="28D219D8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79"/>
                  <w:enabled/>
                  <w:calcOnExit w:val="0"/>
                  <w:textInput/>
                </w:ffData>
              </w:fldChar>
            </w:r>
            <w:bookmarkStart w:id="77" w:name="Texto79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77"/>
          </w:p>
        </w:tc>
      </w:tr>
      <w:tr w:rsidR="00F31AB3" w:rsidRPr="00C947E0" w14:paraId="6CFFE1AE" w14:textId="77777777">
        <w:trPr>
          <w:trHeight w:val="453"/>
          <w:jc w:val="center"/>
        </w:trPr>
        <w:tc>
          <w:tcPr>
            <w:tcW w:w="10200" w:type="dxa"/>
          </w:tcPr>
          <w:p w14:paraId="14C537F1" w14:textId="1E2B4C5E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bookmarkStart w:id="78" w:name="Texto80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78"/>
          </w:p>
        </w:tc>
      </w:tr>
      <w:tr w:rsidR="00F31AB3" w:rsidRPr="00C947E0" w14:paraId="1E0373D9" w14:textId="77777777">
        <w:trPr>
          <w:trHeight w:val="453"/>
          <w:jc w:val="center"/>
        </w:trPr>
        <w:tc>
          <w:tcPr>
            <w:tcW w:w="10200" w:type="dxa"/>
          </w:tcPr>
          <w:p w14:paraId="2F81B4D7" w14:textId="23544A6C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81"/>
                  <w:enabled/>
                  <w:calcOnExit w:val="0"/>
                  <w:textInput/>
                </w:ffData>
              </w:fldChar>
            </w:r>
            <w:bookmarkStart w:id="79" w:name="Texto81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79"/>
          </w:p>
        </w:tc>
      </w:tr>
      <w:tr w:rsidR="00F31AB3" w:rsidRPr="00C947E0" w14:paraId="1E7A3CF2" w14:textId="77777777">
        <w:trPr>
          <w:trHeight w:val="453"/>
          <w:jc w:val="center"/>
        </w:trPr>
        <w:tc>
          <w:tcPr>
            <w:tcW w:w="10200" w:type="dxa"/>
          </w:tcPr>
          <w:p w14:paraId="05801A36" w14:textId="05B746D6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82"/>
                  <w:enabled/>
                  <w:calcOnExit w:val="0"/>
                  <w:textInput/>
                </w:ffData>
              </w:fldChar>
            </w:r>
            <w:bookmarkStart w:id="80" w:name="Texto82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80"/>
          </w:p>
        </w:tc>
      </w:tr>
      <w:tr w:rsidR="00F31AB3" w:rsidRPr="00C947E0" w14:paraId="334468F0" w14:textId="77777777">
        <w:trPr>
          <w:trHeight w:val="453"/>
          <w:jc w:val="center"/>
        </w:trPr>
        <w:tc>
          <w:tcPr>
            <w:tcW w:w="10200" w:type="dxa"/>
          </w:tcPr>
          <w:p w14:paraId="5280D3A6" w14:textId="7B347140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83"/>
                  <w:enabled/>
                  <w:calcOnExit w:val="0"/>
                  <w:textInput/>
                </w:ffData>
              </w:fldChar>
            </w:r>
            <w:bookmarkStart w:id="81" w:name="Texto83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81"/>
          </w:p>
        </w:tc>
      </w:tr>
      <w:tr w:rsidR="00F31AB3" w:rsidRPr="00C947E0" w14:paraId="1273288F" w14:textId="77777777">
        <w:trPr>
          <w:trHeight w:val="453"/>
          <w:jc w:val="center"/>
        </w:trPr>
        <w:tc>
          <w:tcPr>
            <w:tcW w:w="10200" w:type="dxa"/>
          </w:tcPr>
          <w:p w14:paraId="627A8CA9" w14:textId="7FCFE35D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84"/>
                  <w:enabled/>
                  <w:calcOnExit w:val="0"/>
                  <w:textInput/>
                </w:ffData>
              </w:fldChar>
            </w:r>
            <w:bookmarkStart w:id="82" w:name="Texto84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82"/>
          </w:p>
        </w:tc>
      </w:tr>
    </w:tbl>
    <w:p w14:paraId="66E79E69" w14:textId="77777777" w:rsidR="00F31AB3" w:rsidRPr="00C947E0" w:rsidRDefault="00000000">
      <w:pPr>
        <w:rPr>
          <w:lang w:val="ca-ES"/>
        </w:rPr>
      </w:pPr>
      <w:r w:rsidRPr="00C947E0">
        <w:rPr>
          <w:b/>
          <w:sz w:val="22"/>
          <w:lang w:val="ca-ES"/>
        </w:rPr>
        <w:t>FOTOGRAFIA 12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F31AB3" w:rsidRPr="00C947E0" w14:paraId="60B23E87" w14:textId="77777777">
        <w:trPr>
          <w:trHeight w:val="453"/>
          <w:jc w:val="center"/>
        </w:trPr>
        <w:tc>
          <w:tcPr>
            <w:tcW w:w="10200" w:type="dxa"/>
          </w:tcPr>
          <w:p w14:paraId="5EB4FF47" w14:textId="42DFD62F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bookmarkStart w:id="83" w:name="Texto85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83"/>
          </w:p>
        </w:tc>
      </w:tr>
      <w:tr w:rsidR="00F31AB3" w:rsidRPr="00C947E0" w14:paraId="2664D072" w14:textId="77777777">
        <w:trPr>
          <w:trHeight w:val="453"/>
          <w:jc w:val="center"/>
        </w:trPr>
        <w:tc>
          <w:tcPr>
            <w:tcW w:w="10200" w:type="dxa"/>
          </w:tcPr>
          <w:p w14:paraId="3115A4EC" w14:textId="6833235C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lastRenderedPageBreak/>
              <w:fldChar w:fldCharType="begin">
                <w:ffData>
                  <w:name w:val="Texto86"/>
                  <w:enabled/>
                  <w:calcOnExit w:val="0"/>
                  <w:textInput/>
                </w:ffData>
              </w:fldChar>
            </w:r>
            <w:bookmarkStart w:id="84" w:name="Texto86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84"/>
          </w:p>
        </w:tc>
      </w:tr>
      <w:tr w:rsidR="00F31AB3" w:rsidRPr="00C947E0" w14:paraId="26D1CD30" w14:textId="77777777">
        <w:trPr>
          <w:trHeight w:val="453"/>
          <w:jc w:val="center"/>
        </w:trPr>
        <w:tc>
          <w:tcPr>
            <w:tcW w:w="10200" w:type="dxa"/>
          </w:tcPr>
          <w:p w14:paraId="049D6FAC" w14:textId="7889C1A3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87"/>
                  <w:enabled/>
                  <w:calcOnExit w:val="0"/>
                  <w:textInput/>
                </w:ffData>
              </w:fldChar>
            </w:r>
            <w:bookmarkStart w:id="85" w:name="Texto87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85"/>
          </w:p>
        </w:tc>
      </w:tr>
      <w:tr w:rsidR="00F31AB3" w:rsidRPr="00C947E0" w14:paraId="393D55B2" w14:textId="77777777">
        <w:trPr>
          <w:trHeight w:val="453"/>
          <w:jc w:val="center"/>
        </w:trPr>
        <w:tc>
          <w:tcPr>
            <w:tcW w:w="10200" w:type="dxa"/>
          </w:tcPr>
          <w:p w14:paraId="59B96AA6" w14:textId="17360D6C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88"/>
                  <w:enabled/>
                  <w:calcOnExit w:val="0"/>
                  <w:textInput/>
                </w:ffData>
              </w:fldChar>
            </w:r>
            <w:bookmarkStart w:id="86" w:name="Texto88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86"/>
          </w:p>
        </w:tc>
      </w:tr>
      <w:tr w:rsidR="00F31AB3" w:rsidRPr="00C947E0" w14:paraId="78B623A3" w14:textId="77777777">
        <w:trPr>
          <w:trHeight w:val="453"/>
          <w:jc w:val="center"/>
        </w:trPr>
        <w:tc>
          <w:tcPr>
            <w:tcW w:w="10200" w:type="dxa"/>
          </w:tcPr>
          <w:p w14:paraId="010D5D04" w14:textId="7E89D8ED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89"/>
                  <w:enabled/>
                  <w:calcOnExit w:val="0"/>
                  <w:textInput/>
                </w:ffData>
              </w:fldChar>
            </w:r>
            <w:bookmarkStart w:id="87" w:name="Texto89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87"/>
          </w:p>
        </w:tc>
      </w:tr>
      <w:tr w:rsidR="00F31AB3" w:rsidRPr="00C947E0" w14:paraId="61E43858" w14:textId="77777777">
        <w:trPr>
          <w:trHeight w:val="453"/>
          <w:jc w:val="center"/>
        </w:trPr>
        <w:tc>
          <w:tcPr>
            <w:tcW w:w="10200" w:type="dxa"/>
          </w:tcPr>
          <w:p w14:paraId="7E822577" w14:textId="1FCE7133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90"/>
                  <w:enabled/>
                  <w:calcOnExit w:val="0"/>
                  <w:textInput/>
                </w:ffData>
              </w:fldChar>
            </w:r>
            <w:bookmarkStart w:id="88" w:name="Texto90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88"/>
          </w:p>
        </w:tc>
      </w:tr>
    </w:tbl>
    <w:p w14:paraId="0B527A63" w14:textId="77777777" w:rsidR="00F31AB3" w:rsidRPr="00C947E0" w:rsidRDefault="00000000">
      <w:pPr>
        <w:rPr>
          <w:lang w:val="ca-ES"/>
        </w:rPr>
      </w:pPr>
      <w:r w:rsidRPr="00C947E0">
        <w:rPr>
          <w:b/>
          <w:sz w:val="22"/>
          <w:lang w:val="ca-ES"/>
        </w:rPr>
        <w:t>FOTOGRAFIA 13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F31AB3" w:rsidRPr="00C947E0" w14:paraId="5A61D78A" w14:textId="77777777">
        <w:trPr>
          <w:trHeight w:val="453"/>
          <w:jc w:val="center"/>
        </w:trPr>
        <w:tc>
          <w:tcPr>
            <w:tcW w:w="10200" w:type="dxa"/>
          </w:tcPr>
          <w:p w14:paraId="762DE973" w14:textId="72BB78A6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91"/>
                  <w:enabled/>
                  <w:calcOnExit w:val="0"/>
                  <w:textInput/>
                </w:ffData>
              </w:fldChar>
            </w:r>
            <w:bookmarkStart w:id="89" w:name="Texto91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89"/>
          </w:p>
        </w:tc>
      </w:tr>
      <w:tr w:rsidR="00F31AB3" w:rsidRPr="00C947E0" w14:paraId="0B674299" w14:textId="77777777">
        <w:trPr>
          <w:trHeight w:val="453"/>
          <w:jc w:val="center"/>
        </w:trPr>
        <w:tc>
          <w:tcPr>
            <w:tcW w:w="10200" w:type="dxa"/>
          </w:tcPr>
          <w:p w14:paraId="76969F39" w14:textId="33779C92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92"/>
                  <w:enabled/>
                  <w:calcOnExit w:val="0"/>
                  <w:textInput/>
                </w:ffData>
              </w:fldChar>
            </w:r>
            <w:bookmarkStart w:id="90" w:name="Texto92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90"/>
          </w:p>
        </w:tc>
      </w:tr>
      <w:tr w:rsidR="00F31AB3" w:rsidRPr="00C947E0" w14:paraId="30C44854" w14:textId="77777777">
        <w:trPr>
          <w:trHeight w:val="453"/>
          <w:jc w:val="center"/>
        </w:trPr>
        <w:tc>
          <w:tcPr>
            <w:tcW w:w="10200" w:type="dxa"/>
          </w:tcPr>
          <w:p w14:paraId="1372A8D9" w14:textId="2AC8787F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93"/>
                  <w:enabled/>
                  <w:calcOnExit w:val="0"/>
                  <w:textInput/>
                </w:ffData>
              </w:fldChar>
            </w:r>
            <w:bookmarkStart w:id="91" w:name="Texto93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91"/>
          </w:p>
        </w:tc>
      </w:tr>
      <w:tr w:rsidR="00F31AB3" w:rsidRPr="00C947E0" w14:paraId="20C4A034" w14:textId="77777777">
        <w:trPr>
          <w:trHeight w:val="453"/>
          <w:jc w:val="center"/>
        </w:trPr>
        <w:tc>
          <w:tcPr>
            <w:tcW w:w="10200" w:type="dxa"/>
          </w:tcPr>
          <w:p w14:paraId="75177A88" w14:textId="1B00C455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94"/>
                  <w:enabled/>
                  <w:calcOnExit w:val="0"/>
                  <w:textInput/>
                </w:ffData>
              </w:fldChar>
            </w:r>
            <w:bookmarkStart w:id="92" w:name="Texto94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92"/>
          </w:p>
        </w:tc>
      </w:tr>
      <w:tr w:rsidR="00F31AB3" w:rsidRPr="00C947E0" w14:paraId="45069CAD" w14:textId="77777777">
        <w:trPr>
          <w:trHeight w:val="453"/>
          <w:jc w:val="center"/>
        </w:trPr>
        <w:tc>
          <w:tcPr>
            <w:tcW w:w="10200" w:type="dxa"/>
          </w:tcPr>
          <w:p w14:paraId="3242BAD7" w14:textId="15E2814F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95"/>
                  <w:enabled/>
                  <w:calcOnExit w:val="0"/>
                  <w:textInput/>
                </w:ffData>
              </w:fldChar>
            </w:r>
            <w:bookmarkStart w:id="93" w:name="Texto95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93"/>
          </w:p>
        </w:tc>
      </w:tr>
      <w:tr w:rsidR="00F31AB3" w:rsidRPr="00C947E0" w14:paraId="31F4D07D" w14:textId="77777777">
        <w:trPr>
          <w:trHeight w:val="453"/>
          <w:jc w:val="center"/>
        </w:trPr>
        <w:tc>
          <w:tcPr>
            <w:tcW w:w="10200" w:type="dxa"/>
          </w:tcPr>
          <w:p w14:paraId="29B57922" w14:textId="008DB07C" w:rsidR="00F31AB3" w:rsidRPr="00C947E0" w:rsidRDefault="00610ACA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bookmarkStart w:id="94" w:name="Texto96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94"/>
          </w:p>
        </w:tc>
      </w:tr>
    </w:tbl>
    <w:p w14:paraId="17EF1BA9" w14:textId="77777777" w:rsidR="00F31AB3" w:rsidRPr="00C947E0" w:rsidRDefault="00000000">
      <w:pPr>
        <w:rPr>
          <w:lang w:val="ca-ES"/>
        </w:rPr>
      </w:pPr>
      <w:r w:rsidRPr="00C947E0">
        <w:rPr>
          <w:b/>
          <w:sz w:val="22"/>
          <w:lang w:val="ca-ES"/>
        </w:rPr>
        <w:t>FOTOGRAFIA 14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F31AB3" w:rsidRPr="00C947E0" w14:paraId="16A41A1F" w14:textId="77777777">
        <w:trPr>
          <w:trHeight w:val="453"/>
          <w:jc w:val="center"/>
        </w:trPr>
        <w:tc>
          <w:tcPr>
            <w:tcW w:w="10200" w:type="dxa"/>
          </w:tcPr>
          <w:p w14:paraId="4B04EA7A" w14:textId="71E2017F" w:rsidR="00F31AB3" w:rsidRPr="00C947E0" w:rsidRDefault="00020678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bookmarkStart w:id="95" w:name="Texto97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95"/>
          </w:p>
        </w:tc>
      </w:tr>
      <w:tr w:rsidR="00F31AB3" w:rsidRPr="00C947E0" w14:paraId="5A22C8B7" w14:textId="77777777">
        <w:trPr>
          <w:trHeight w:val="453"/>
          <w:jc w:val="center"/>
        </w:trPr>
        <w:tc>
          <w:tcPr>
            <w:tcW w:w="10200" w:type="dxa"/>
          </w:tcPr>
          <w:p w14:paraId="308ADBE6" w14:textId="57A17FA1" w:rsidR="00F31AB3" w:rsidRPr="00C947E0" w:rsidRDefault="00020678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98"/>
                  <w:enabled/>
                  <w:calcOnExit w:val="0"/>
                  <w:textInput/>
                </w:ffData>
              </w:fldChar>
            </w:r>
            <w:bookmarkStart w:id="96" w:name="Texto98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96"/>
          </w:p>
        </w:tc>
      </w:tr>
      <w:tr w:rsidR="00F31AB3" w:rsidRPr="00C947E0" w14:paraId="205197BA" w14:textId="77777777">
        <w:trPr>
          <w:trHeight w:val="453"/>
          <w:jc w:val="center"/>
        </w:trPr>
        <w:tc>
          <w:tcPr>
            <w:tcW w:w="10200" w:type="dxa"/>
          </w:tcPr>
          <w:p w14:paraId="037AFD3C" w14:textId="3896A45D" w:rsidR="00F31AB3" w:rsidRPr="00C947E0" w:rsidRDefault="00020678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99"/>
                  <w:enabled/>
                  <w:calcOnExit w:val="0"/>
                  <w:textInput/>
                </w:ffData>
              </w:fldChar>
            </w:r>
            <w:bookmarkStart w:id="97" w:name="Texto99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97"/>
          </w:p>
        </w:tc>
      </w:tr>
      <w:tr w:rsidR="00F31AB3" w:rsidRPr="00C947E0" w14:paraId="47AC4B8D" w14:textId="77777777">
        <w:trPr>
          <w:trHeight w:val="453"/>
          <w:jc w:val="center"/>
        </w:trPr>
        <w:tc>
          <w:tcPr>
            <w:tcW w:w="10200" w:type="dxa"/>
          </w:tcPr>
          <w:p w14:paraId="7536857F" w14:textId="4E47C83A" w:rsidR="00F31AB3" w:rsidRPr="00C947E0" w:rsidRDefault="00020678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100"/>
                  <w:enabled/>
                  <w:calcOnExit w:val="0"/>
                  <w:textInput/>
                </w:ffData>
              </w:fldChar>
            </w:r>
            <w:bookmarkStart w:id="98" w:name="Texto100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98"/>
          </w:p>
        </w:tc>
      </w:tr>
      <w:tr w:rsidR="00F31AB3" w:rsidRPr="00C947E0" w14:paraId="726BB12B" w14:textId="77777777">
        <w:trPr>
          <w:trHeight w:val="453"/>
          <w:jc w:val="center"/>
        </w:trPr>
        <w:tc>
          <w:tcPr>
            <w:tcW w:w="10200" w:type="dxa"/>
          </w:tcPr>
          <w:p w14:paraId="37DB4826" w14:textId="6C680A50" w:rsidR="00F31AB3" w:rsidRPr="00C947E0" w:rsidRDefault="00020678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101"/>
                  <w:enabled/>
                  <w:calcOnExit w:val="0"/>
                  <w:textInput/>
                </w:ffData>
              </w:fldChar>
            </w:r>
            <w:bookmarkStart w:id="99" w:name="Texto101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99"/>
          </w:p>
        </w:tc>
      </w:tr>
      <w:tr w:rsidR="00F31AB3" w:rsidRPr="00C947E0" w14:paraId="3A0CC41C" w14:textId="77777777">
        <w:trPr>
          <w:trHeight w:val="453"/>
          <w:jc w:val="center"/>
        </w:trPr>
        <w:tc>
          <w:tcPr>
            <w:tcW w:w="10200" w:type="dxa"/>
          </w:tcPr>
          <w:p w14:paraId="2878B6E2" w14:textId="04AA2E03" w:rsidR="00F31AB3" w:rsidRPr="00C947E0" w:rsidRDefault="00020678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bookmarkStart w:id="100" w:name="Texto102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100"/>
          </w:p>
        </w:tc>
      </w:tr>
    </w:tbl>
    <w:p w14:paraId="16CC2F01" w14:textId="77777777" w:rsidR="00F31AB3" w:rsidRPr="00C947E0" w:rsidRDefault="00000000">
      <w:pPr>
        <w:rPr>
          <w:lang w:val="ca-ES"/>
        </w:rPr>
      </w:pPr>
      <w:r w:rsidRPr="00C947E0">
        <w:rPr>
          <w:b/>
          <w:sz w:val="22"/>
          <w:lang w:val="ca-ES"/>
        </w:rPr>
        <w:t>FOTOGRAFIA 15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F31AB3" w:rsidRPr="00C947E0" w14:paraId="1042210D" w14:textId="77777777">
        <w:trPr>
          <w:trHeight w:val="453"/>
          <w:jc w:val="center"/>
        </w:trPr>
        <w:tc>
          <w:tcPr>
            <w:tcW w:w="10200" w:type="dxa"/>
          </w:tcPr>
          <w:p w14:paraId="3234021F" w14:textId="0E44DE49" w:rsidR="00F31AB3" w:rsidRPr="00C947E0" w:rsidRDefault="00020678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103"/>
                  <w:enabled/>
                  <w:calcOnExit w:val="0"/>
                  <w:textInput/>
                </w:ffData>
              </w:fldChar>
            </w:r>
            <w:bookmarkStart w:id="101" w:name="Texto103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101"/>
          </w:p>
        </w:tc>
      </w:tr>
      <w:tr w:rsidR="00F31AB3" w:rsidRPr="00C947E0" w14:paraId="5416CD62" w14:textId="77777777">
        <w:trPr>
          <w:trHeight w:val="453"/>
          <w:jc w:val="center"/>
        </w:trPr>
        <w:tc>
          <w:tcPr>
            <w:tcW w:w="10200" w:type="dxa"/>
          </w:tcPr>
          <w:p w14:paraId="53FAB5A1" w14:textId="2B3F4CC6" w:rsidR="00F31AB3" w:rsidRPr="00C947E0" w:rsidRDefault="00020678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104"/>
                  <w:enabled/>
                  <w:calcOnExit w:val="0"/>
                  <w:textInput/>
                </w:ffData>
              </w:fldChar>
            </w:r>
            <w:bookmarkStart w:id="102" w:name="Texto104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102"/>
          </w:p>
        </w:tc>
      </w:tr>
      <w:tr w:rsidR="00F31AB3" w:rsidRPr="00C947E0" w14:paraId="5BF0557A" w14:textId="77777777">
        <w:trPr>
          <w:trHeight w:val="453"/>
          <w:jc w:val="center"/>
        </w:trPr>
        <w:tc>
          <w:tcPr>
            <w:tcW w:w="10200" w:type="dxa"/>
          </w:tcPr>
          <w:p w14:paraId="09D21806" w14:textId="242F0E8E" w:rsidR="00F31AB3" w:rsidRPr="00C947E0" w:rsidRDefault="00020678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bookmarkStart w:id="103" w:name="Texto105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103"/>
          </w:p>
        </w:tc>
      </w:tr>
      <w:tr w:rsidR="00F31AB3" w:rsidRPr="00C947E0" w14:paraId="1E2CCA35" w14:textId="77777777">
        <w:trPr>
          <w:trHeight w:val="453"/>
          <w:jc w:val="center"/>
        </w:trPr>
        <w:tc>
          <w:tcPr>
            <w:tcW w:w="10200" w:type="dxa"/>
          </w:tcPr>
          <w:p w14:paraId="2E0C051C" w14:textId="4383E9F5" w:rsidR="00F31AB3" w:rsidRPr="00C947E0" w:rsidRDefault="00020678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bookmarkStart w:id="104" w:name="Texto106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104"/>
          </w:p>
        </w:tc>
      </w:tr>
      <w:tr w:rsidR="00F31AB3" w:rsidRPr="00C947E0" w14:paraId="7B6C78AB" w14:textId="77777777">
        <w:trPr>
          <w:trHeight w:val="453"/>
          <w:jc w:val="center"/>
        </w:trPr>
        <w:tc>
          <w:tcPr>
            <w:tcW w:w="10200" w:type="dxa"/>
          </w:tcPr>
          <w:p w14:paraId="37560E39" w14:textId="0C81979A" w:rsidR="00F31AB3" w:rsidRPr="00C947E0" w:rsidRDefault="00020678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bookmarkStart w:id="105" w:name="Texto107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105"/>
          </w:p>
        </w:tc>
      </w:tr>
      <w:tr w:rsidR="00F31AB3" w:rsidRPr="00C947E0" w14:paraId="3A0DC99B" w14:textId="77777777">
        <w:trPr>
          <w:trHeight w:val="453"/>
          <w:jc w:val="center"/>
        </w:trPr>
        <w:tc>
          <w:tcPr>
            <w:tcW w:w="10200" w:type="dxa"/>
          </w:tcPr>
          <w:p w14:paraId="0B5E41C5" w14:textId="7F93544C" w:rsidR="00F31AB3" w:rsidRPr="00C947E0" w:rsidRDefault="00020678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108"/>
                  <w:enabled/>
                  <w:calcOnExit w:val="0"/>
                  <w:textInput/>
                </w:ffData>
              </w:fldChar>
            </w:r>
            <w:bookmarkStart w:id="106" w:name="Texto108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106"/>
          </w:p>
        </w:tc>
      </w:tr>
    </w:tbl>
    <w:p w14:paraId="3DFC0B23" w14:textId="77777777" w:rsidR="00F31AB3" w:rsidRPr="00C947E0" w:rsidRDefault="00000000">
      <w:pPr>
        <w:spacing w:before="180"/>
        <w:rPr>
          <w:lang w:val="ca-ES"/>
        </w:rPr>
      </w:pPr>
      <w:r w:rsidRPr="00C947E0">
        <w:rPr>
          <w:b/>
          <w:sz w:val="28"/>
          <w:lang w:val="ca-ES"/>
        </w:rPr>
        <w:t>5. UNA FOTOGRAFIA ESPECIAL</w:t>
      </w:r>
    </w:p>
    <w:p w14:paraId="094410AA" w14:textId="77777777" w:rsidR="00F31AB3" w:rsidRPr="00C947E0" w:rsidRDefault="00000000">
      <w:pPr>
        <w:rPr>
          <w:lang w:val="ca-ES"/>
        </w:rPr>
      </w:pPr>
      <w:r w:rsidRPr="00C947E0">
        <w:rPr>
          <w:lang w:val="ca-ES"/>
        </w:rPr>
        <w:t>La fotografia de la qual estic més orgullós/a…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F31AB3" w:rsidRPr="00C947E0" w14:paraId="1952D36D" w14:textId="77777777">
        <w:trPr>
          <w:trHeight w:val="737"/>
          <w:jc w:val="center"/>
        </w:trPr>
        <w:tc>
          <w:tcPr>
            <w:tcW w:w="10200" w:type="dxa"/>
          </w:tcPr>
          <w:p w14:paraId="13400029" w14:textId="6691C414" w:rsidR="00F31AB3" w:rsidRPr="00C947E0" w:rsidRDefault="00020678">
            <w:pPr>
              <w:rPr>
                <w:lang w:val="ca-ES"/>
              </w:rPr>
            </w:pPr>
            <w:r w:rsidRPr="00C947E0">
              <w:rPr>
                <w:lang w:val="ca-ES"/>
              </w:rPr>
              <w:lastRenderedPageBreak/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bookmarkStart w:id="107" w:name="Texto109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107"/>
          </w:p>
        </w:tc>
      </w:tr>
      <w:tr w:rsidR="00F31AB3" w:rsidRPr="00C947E0" w14:paraId="3D5845AE" w14:textId="77777777">
        <w:trPr>
          <w:trHeight w:val="737"/>
          <w:jc w:val="center"/>
        </w:trPr>
        <w:tc>
          <w:tcPr>
            <w:tcW w:w="10200" w:type="dxa"/>
          </w:tcPr>
          <w:p w14:paraId="1985CEB9" w14:textId="4F327C09" w:rsidR="00F31AB3" w:rsidRPr="00C947E0" w:rsidRDefault="00020678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110"/>
                  <w:enabled/>
                  <w:calcOnExit w:val="0"/>
                  <w:textInput/>
                </w:ffData>
              </w:fldChar>
            </w:r>
            <w:bookmarkStart w:id="108" w:name="Texto110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108"/>
          </w:p>
        </w:tc>
      </w:tr>
      <w:tr w:rsidR="00F31AB3" w:rsidRPr="00C947E0" w14:paraId="0FEDA6E8" w14:textId="77777777">
        <w:trPr>
          <w:trHeight w:val="737"/>
          <w:jc w:val="center"/>
        </w:trPr>
        <w:tc>
          <w:tcPr>
            <w:tcW w:w="10200" w:type="dxa"/>
          </w:tcPr>
          <w:p w14:paraId="7E760012" w14:textId="736971F4" w:rsidR="00F31AB3" w:rsidRPr="00C947E0" w:rsidRDefault="00020678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Texto111"/>
                  <w:enabled/>
                  <w:calcOnExit w:val="0"/>
                  <w:textInput/>
                </w:ffData>
              </w:fldChar>
            </w:r>
            <w:bookmarkStart w:id="109" w:name="Texto111"/>
            <w:r w:rsidRPr="00C947E0">
              <w:rPr>
                <w:lang w:val="ca-ES"/>
              </w:rPr>
              <w:instrText xml:space="preserve"> FORMTEXT </w:instrText>
            </w:r>
            <w:r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="00B42418">
              <w:rPr>
                <w:noProof/>
                <w:lang w:val="ca-ES"/>
              </w:rPr>
              <w:t> </w:t>
            </w:r>
            <w:r w:rsidRPr="00C947E0">
              <w:rPr>
                <w:lang w:val="ca-ES"/>
              </w:rPr>
              <w:fldChar w:fldCharType="end"/>
            </w:r>
            <w:bookmarkEnd w:id="109"/>
          </w:p>
        </w:tc>
      </w:tr>
      <w:tr w:rsidR="00F31AB3" w:rsidRPr="00C947E0" w14:paraId="56BBAF33" w14:textId="77777777">
        <w:trPr>
          <w:trHeight w:val="737"/>
          <w:jc w:val="center"/>
        </w:trPr>
        <w:tc>
          <w:tcPr>
            <w:tcW w:w="10200" w:type="dxa"/>
          </w:tcPr>
          <w:p w14:paraId="2B28C935" w14:textId="6051FAA6" w:rsidR="00F31AB3" w:rsidRPr="00C947E0" w:rsidRDefault="00020678">
            <w:pPr>
              <w:rPr>
                <w:lang w:val="ca-ES"/>
              </w:rPr>
            </w:pPr>
            <w:r w:rsidRPr="00C947E0">
              <w:rPr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0" w:name="Marcar1"/>
            <w:r w:rsidRPr="00C947E0">
              <w:rPr>
                <w:lang w:val="ca-ES"/>
              </w:rPr>
              <w:instrText xml:space="preserve"> FORMCHECKBOX </w:instrText>
            </w:r>
            <w:r w:rsidR="00B42418" w:rsidRPr="00C947E0">
              <w:rPr>
                <w:lang w:val="ca-ES"/>
              </w:rPr>
            </w:r>
            <w:r w:rsidRPr="00C947E0">
              <w:rPr>
                <w:lang w:val="ca-ES"/>
              </w:rPr>
              <w:fldChar w:fldCharType="separate"/>
            </w:r>
            <w:r w:rsidRPr="00C947E0">
              <w:rPr>
                <w:lang w:val="ca-ES"/>
              </w:rPr>
              <w:fldChar w:fldCharType="end"/>
            </w:r>
            <w:bookmarkEnd w:id="110"/>
          </w:p>
        </w:tc>
      </w:tr>
    </w:tbl>
    <w:p w14:paraId="793D1329" w14:textId="77777777" w:rsidR="00F31AB3" w:rsidRPr="00C947E0" w:rsidRDefault="00000000">
      <w:pPr>
        <w:spacing w:before="180"/>
        <w:rPr>
          <w:lang w:val="ca-ES"/>
        </w:rPr>
      </w:pPr>
      <w:r w:rsidRPr="00C947E0">
        <w:rPr>
          <w:b/>
          <w:sz w:val="28"/>
          <w:lang w:val="ca-ES"/>
        </w:rPr>
        <w:t>6. PREGUNTES PER AL FOTÒGRAF</w:t>
      </w:r>
    </w:p>
    <w:p w14:paraId="371511B8" w14:textId="77777777" w:rsidR="00F31AB3" w:rsidRPr="00C947E0" w:rsidRDefault="00000000">
      <w:pPr>
        <w:rPr>
          <w:lang w:val="ca-ES"/>
        </w:rPr>
      </w:pPr>
      <w:r w:rsidRPr="00C947E0">
        <w:rPr>
          <w:lang w:val="ca-ES"/>
        </w:rPr>
        <w:t>Temps orientatiu: 10 minuts.</w:t>
      </w:r>
    </w:p>
    <w:p w14:paraId="249C29C3" w14:textId="77777777" w:rsidR="00F31AB3" w:rsidRPr="00C947E0" w:rsidRDefault="00000000">
      <w:pPr>
        <w:spacing w:before="180"/>
        <w:rPr>
          <w:lang w:val="ca-ES"/>
        </w:rPr>
      </w:pPr>
      <w:r w:rsidRPr="00C947E0">
        <w:rPr>
          <w:b/>
          <w:sz w:val="28"/>
          <w:lang w:val="ca-ES"/>
        </w:rPr>
        <w:t>7. PER ACABAR</w:t>
      </w:r>
    </w:p>
    <w:p w14:paraId="11CB64DB" w14:textId="77777777" w:rsidR="00F31AB3" w:rsidRPr="00C947E0" w:rsidRDefault="00000000">
      <w:pPr>
        <w:spacing w:before="180"/>
        <w:rPr>
          <w:lang w:val="ca-ES"/>
        </w:rPr>
      </w:pPr>
      <w:r w:rsidRPr="00C947E0">
        <w:rPr>
          <w:b/>
          <w:sz w:val="28"/>
          <w:lang w:val="ca-ES"/>
        </w:rPr>
        <w:t>GUIA RÀPIDA PER A LA PRESENTACIÓ</w:t>
      </w:r>
    </w:p>
    <w:p w14:paraId="42E8E672" w14:textId="30BCC085" w:rsidR="00F31AB3" w:rsidRPr="00C947E0" w:rsidRDefault="00000000">
      <w:pPr>
        <w:rPr>
          <w:lang w:val="ca-ES"/>
        </w:rPr>
      </w:pPr>
      <w:r w:rsidRPr="00C947E0">
        <w:rPr>
          <w:lang w:val="ca-ES"/>
        </w:rPr>
        <w:t>☐ Presentació personal</w:t>
      </w:r>
      <w:r w:rsidR="00020678" w:rsidRPr="00C947E0">
        <w:rPr>
          <w:lang w:val="ca-ES"/>
        </w:rPr>
        <w:t xml:space="preserve">: </w:t>
      </w:r>
      <w:r w:rsidR="00020678" w:rsidRPr="00C947E0">
        <w:rPr>
          <w:lang w:val="ca-ES"/>
        </w:rPr>
        <w:fldChar w:fldCharType="begin">
          <w:ffData>
            <w:name w:val="Texto112"/>
            <w:enabled/>
            <w:calcOnExit w:val="0"/>
            <w:textInput/>
          </w:ffData>
        </w:fldChar>
      </w:r>
      <w:bookmarkStart w:id="111" w:name="Texto112"/>
      <w:r w:rsidR="00020678" w:rsidRPr="00C947E0">
        <w:rPr>
          <w:lang w:val="ca-ES"/>
        </w:rPr>
        <w:instrText xml:space="preserve"> FORMTEXT </w:instrText>
      </w:r>
      <w:r w:rsidR="00020678" w:rsidRPr="00C947E0">
        <w:rPr>
          <w:lang w:val="ca-ES"/>
        </w:rPr>
      </w:r>
      <w:r w:rsidR="00020678" w:rsidRPr="00C947E0">
        <w:rPr>
          <w:lang w:val="ca-ES"/>
        </w:rPr>
        <w:fldChar w:fldCharType="separate"/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020678" w:rsidRPr="00C947E0">
        <w:rPr>
          <w:lang w:val="ca-ES"/>
        </w:rPr>
        <w:fldChar w:fldCharType="end"/>
      </w:r>
      <w:bookmarkEnd w:id="111"/>
    </w:p>
    <w:p w14:paraId="7BDD88CA" w14:textId="03CE2967" w:rsidR="00F31AB3" w:rsidRPr="00C947E0" w:rsidRDefault="00000000">
      <w:pPr>
        <w:rPr>
          <w:lang w:val="ca-ES"/>
        </w:rPr>
      </w:pPr>
      <w:r w:rsidRPr="00C947E0">
        <w:rPr>
          <w:lang w:val="ca-ES"/>
        </w:rPr>
        <w:t>☐ Fotògrafs i referents</w:t>
      </w:r>
      <w:r w:rsidR="00020678" w:rsidRPr="00C947E0">
        <w:rPr>
          <w:lang w:val="ca-ES"/>
        </w:rPr>
        <w:t xml:space="preserve">: </w:t>
      </w:r>
      <w:r w:rsidR="00020678" w:rsidRPr="00C947E0">
        <w:rPr>
          <w:lang w:val="ca-ES"/>
        </w:rPr>
        <w:fldChar w:fldCharType="begin">
          <w:ffData>
            <w:name w:val="Texto113"/>
            <w:enabled/>
            <w:calcOnExit w:val="0"/>
            <w:textInput/>
          </w:ffData>
        </w:fldChar>
      </w:r>
      <w:bookmarkStart w:id="112" w:name="Texto113"/>
      <w:r w:rsidR="00020678" w:rsidRPr="00C947E0">
        <w:rPr>
          <w:lang w:val="ca-ES"/>
        </w:rPr>
        <w:instrText xml:space="preserve"> FORMTEXT </w:instrText>
      </w:r>
      <w:r w:rsidR="00020678" w:rsidRPr="00C947E0">
        <w:rPr>
          <w:lang w:val="ca-ES"/>
        </w:rPr>
      </w:r>
      <w:r w:rsidR="00020678" w:rsidRPr="00C947E0">
        <w:rPr>
          <w:lang w:val="ca-ES"/>
        </w:rPr>
        <w:fldChar w:fldCharType="separate"/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020678" w:rsidRPr="00C947E0">
        <w:rPr>
          <w:lang w:val="ca-ES"/>
        </w:rPr>
        <w:fldChar w:fldCharType="end"/>
      </w:r>
      <w:bookmarkEnd w:id="112"/>
    </w:p>
    <w:p w14:paraId="7CD5A45E" w14:textId="3F3D3C60" w:rsidR="00F31AB3" w:rsidRPr="00C947E0" w:rsidRDefault="00000000">
      <w:pPr>
        <w:rPr>
          <w:lang w:val="ca-ES"/>
        </w:rPr>
      </w:pPr>
      <w:r w:rsidRPr="00C947E0">
        <w:rPr>
          <w:lang w:val="ca-ES"/>
        </w:rPr>
        <w:t>☐ Equip i motius per utilitzar-lo</w:t>
      </w:r>
      <w:r w:rsidR="00020678" w:rsidRPr="00C947E0">
        <w:rPr>
          <w:lang w:val="ca-ES"/>
        </w:rPr>
        <w:t xml:space="preserve">: </w:t>
      </w:r>
      <w:r w:rsidR="00020678" w:rsidRPr="00C947E0">
        <w:rPr>
          <w:lang w:val="ca-ES"/>
        </w:rPr>
        <w:fldChar w:fldCharType="begin">
          <w:ffData>
            <w:name w:val="Texto114"/>
            <w:enabled/>
            <w:calcOnExit w:val="0"/>
            <w:textInput/>
          </w:ffData>
        </w:fldChar>
      </w:r>
      <w:bookmarkStart w:id="113" w:name="Texto114"/>
      <w:r w:rsidR="00020678" w:rsidRPr="00C947E0">
        <w:rPr>
          <w:lang w:val="ca-ES"/>
        </w:rPr>
        <w:instrText xml:space="preserve"> FORMTEXT </w:instrText>
      </w:r>
      <w:r w:rsidR="00020678" w:rsidRPr="00C947E0">
        <w:rPr>
          <w:lang w:val="ca-ES"/>
        </w:rPr>
      </w:r>
      <w:r w:rsidR="00020678" w:rsidRPr="00C947E0">
        <w:rPr>
          <w:lang w:val="ca-ES"/>
        </w:rPr>
        <w:fldChar w:fldCharType="separate"/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020678" w:rsidRPr="00C947E0">
        <w:rPr>
          <w:lang w:val="ca-ES"/>
        </w:rPr>
        <w:fldChar w:fldCharType="end"/>
      </w:r>
      <w:bookmarkEnd w:id="113"/>
    </w:p>
    <w:p w14:paraId="2B0F9513" w14:textId="55552FEB" w:rsidR="00F31AB3" w:rsidRPr="00C947E0" w:rsidRDefault="00000000">
      <w:pPr>
        <w:rPr>
          <w:lang w:val="ca-ES"/>
        </w:rPr>
      </w:pPr>
      <w:r w:rsidRPr="00C947E0">
        <w:rPr>
          <w:lang w:val="ca-ES"/>
        </w:rPr>
        <w:t>☐ 10–15 fotografies explicades</w:t>
      </w:r>
      <w:r w:rsidR="00020678" w:rsidRPr="00C947E0">
        <w:rPr>
          <w:lang w:val="ca-ES"/>
        </w:rPr>
        <w:t xml:space="preserve">: </w:t>
      </w:r>
      <w:r w:rsidR="00020678" w:rsidRPr="00C947E0">
        <w:rPr>
          <w:lang w:val="ca-ES"/>
        </w:rPr>
        <w:fldChar w:fldCharType="begin">
          <w:ffData>
            <w:name w:val="Texto115"/>
            <w:enabled/>
            <w:calcOnExit w:val="0"/>
            <w:textInput/>
          </w:ffData>
        </w:fldChar>
      </w:r>
      <w:bookmarkStart w:id="114" w:name="Texto115"/>
      <w:r w:rsidR="00020678" w:rsidRPr="00C947E0">
        <w:rPr>
          <w:lang w:val="ca-ES"/>
        </w:rPr>
        <w:instrText xml:space="preserve"> FORMTEXT </w:instrText>
      </w:r>
      <w:r w:rsidR="00020678" w:rsidRPr="00C947E0">
        <w:rPr>
          <w:lang w:val="ca-ES"/>
        </w:rPr>
      </w:r>
      <w:r w:rsidR="00020678" w:rsidRPr="00C947E0">
        <w:rPr>
          <w:lang w:val="ca-ES"/>
        </w:rPr>
        <w:fldChar w:fldCharType="separate"/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020678" w:rsidRPr="00C947E0">
        <w:rPr>
          <w:lang w:val="ca-ES"/>
        </w:rPr>
        <w:fldChar w:fldCharType="end"/>
      </w:r>
      <w:bookmarkEnd w:id="114"/>
    </w:p>
    <w:p w14:paraId="0FD6B52D" w14:textId="268635A8" w:rsidR="00F31AB3" w:rsidRPr="00C947E0" w:rsidRDefault="00000000">
      <w:pPr>
        <w:rPr>
          <w:lang w:val="ca-ES"/>
        </w:rPr>
      </w:pPr>
      <w:r w:rsidRPr="00C947E0">
        <w:rPr>
          <w:lang w:val="ca-ES"/>
        </w:rPr>
        <w:t>☐ Una fotografia especial</w:t>
      </w:r>
      <w:r w:rsidR="00020678" w:rsidRPr="00C947E0">
        <w:rPr>
          <w:lang w:val="ca-ES"/>
        </w:rPr>
        <w:t xml:space="preserve">: </w:t>
      </w:r>
      <w:r w:rsidR="00020678" w:rsidRPr="00C947E0">
        <w:rPr>
          <w:lang w:val="ca-ES"/>
        </w:rPr>
        <w:fldChar w:fldCharType="begin">
          <w:ffData>
            <w:name w:val="Texto116"/>
            <w:enabled/>
            <w:calcOnExit w:val="0"/>
            <w:textInput/>
          </w:ffData>
        </w:fldChar>
      </w:r>
      <w:bookmarkStart w:id="115" w:name="Texto116"/>
      <w:r w:rsidR="00020678" w:rsidRPr="00C947E0">
        <w:rPr>
          <w:lang w:val="ca-ES"/>
        </w:rPr>
        <w:instrText xml:space="preserve"> FORMTEXT </w:instrText>
      </w:r>
      <w:r w:rsidR="00020678" w:rsidRPr="00C947E0">
        <w:rPr>
          <w:lang w:val="ca-ES"/>
        </w:rPr>
      </w:r>
      <w:r w:rsidR="00020678" w:rsidRPr="00C947E0">
        <w:rPr>
          <w:lang w:val="ca-ES"/>
        </w:rPr>
        <w:fldChar w:fldCharType="separate"/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020678" w:rsidRPr="00C947E0">
        <w:rPr>
          <w:lang w:val="ca-ES"/>
        </w:rPr>
        <w:fldChar w:fldCharType="end"/>
      </w:r>
      <w:bookmarkEnd w:id="115"/>
    </w:p>
    <w:p w14:paraId="505D4FAA" w14:textId="47330FD3" w:rsidR="00F31AB3" w:rsidRPr="00C947E0" w:rsidRDefault="00000000" w:rsidP="00C947E0">
      <w:pPr>
        <w:rPr>
          <w:lang w:val="ca-ES"/>
        </w:rPr>
      </w:pPr>
      <w:r w:rsidRPr="00C947E0">
        <w:rPr>
          <w:rFonts w:ascii="Segoe UI Symbol" w:hAnsi="Segoe UI Symbol" w:cs="Segoe UI Symbol"/>
          <w:lang w:val="ca-ES"/>
        </w:rPr>
        <w:t>☐</w:t>
      </w:r>
      <w:r w:rsidRPr="00C947E0">
        <w:rPr>
          <w:lang w:val="ca-ES"/>
        </w:rPr>
        <w:t xml:space="preserve"> Preguntes dels </w:t>
      </w:r>
      <w:r w:rsidR="00020678" w:rsidRPr="00C947E0">
        <w:rPr>
          <w:lang w:val="ca-ES"/>
        </w:rPr>
        <w:t xml:space="preserve">members: </w:t>
      </w:r>
      <w:r w:rsidR="00020678" w:rsidRPr="00C947E0">
        <w:rPr>
          <w:lang w:val="ca-ES"/>
        </w:rPr>
        <w:fldChar w:fldCharType="begin">
          <w:ffData>
            <w:name w:val="Texto117"/>
            <w:enabled/>
            <w:calcOnExit w:val="0"/>
            <w:textInput/>
          </w:ffData>
        </w:fldChar>
      </w:r>
      <w:bookmarkStart w:id="116" w:name="Texto117"/>
      <w:r w:rsidR="00020678" w:rsidRPr="00C947E0">
        <w:rPr>
          <w:lang w:val="ca-ES"/>
        </w:rPr>
        <w:instrText xml:space="preserve"> FORMTEXT </w:instrText>
      </w:r>
      <w:r w:rsidR="00020678" w:rsidRPr="00C947E0">
        <w:rPr>
          <w:lang w:val="ca-ES"/>
        </w:rPr>
      </w:r>
      <w:r w:rsidR="00020678" w:rsidRPr="00C947E0">
        <w:rPr>
          <w:lang w:val="ca-ES"/>
        </w:rPr>
        <w:fldChar w:fldCharType="separate"/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B42418">
        <w:rPr>
          <w:noProof/>
          <w:lang w:val="ca-ES"/>
        </w:rPr>
        <w:t> </w:t>
      </w:r>
      <w:r w:rsidR="00020678" w:rsidRPr="00C947E0">
        <w:rPr>
          <w:lang w:val="ca-ES"/>
        </w:rPr>
        <w:fldChar w:fldCharType="end"/>
      </w:r>
      <w:bookmarkEnd w:id="116"/>
    </w:p>
    <w:sectPr w:rsidR="00F31AB3" w:rsidRPr="00C947E0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6423131">
    <w:abstractNumId w:val="8"/>
  </w:num>
  <w:num w:numId="2" w16cid:durableId="1961717174">
    <w:abstractNumId w:val="6"/>
  </w:num>
  <w:num w:numId="3" w16cid:durableId="31853309">
    <w:abstractNumId w:val="5"/>
  </w:num>
  <w:num w:numId="4" w16cid:durableId="49159470">
    <w:abstractNumId w:val="4"/>
  </w:num>
  <w:num w:numId="5" w16cid:durableId="1011755630">
    <w:abstractNumId w:val="7"/>
  </w:num>
  <w:num w:numId="6" w16cid:durableId="2097356657">
    <w:abstractNumId w:val="3"/>
  </w:num>
  <w:num w:numId="7" w16cid:durableId="2136631262">
    <w:abstractNumId w:val="2"/>
  </w:num>
  <w:num w:numId="8" w16cid:durableId="1597246854">
    <w:abstractNumId w:val="1"/>
  </w:num>
  <w:num w:numId="9" w16cid:durableId="9118922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6"/>
  <w:proofState w:spelling="clean" w:grammar="clean"/>
  <w:documentProtection w:edit="forms" w:enforcement="1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678"/>
    <w:rsid w:val="00034616"/>
    <w:rsid w:val="0006063C"/>
    <w:rsid w:val="000D6E70"/>
    <w:rsid w:val="0015074B"/>
    <w:rsid w:val="0029639D"/>
    <w:rsid w:val="00326F90"/>
    <w:rsid w:val="00351A6B"/>
    <w:rsid w:val="00610ACA"/>
    <w:rsid w:val="00767D09"/>
    <w:rsid w:val="007D3E62"/>
    <w:rsid w:val="008F0174"/>
    <w:rsid w:val="00AA1D8D"/>
    <w:rsid w:val="00AC0C36"/>
    <w:rsid w:val="00B42418"/>
    <w:rsid w:val="00B47730"/>
    <w:rsid w:val="00C11136"/>
    <w:rsid w:val="00C947E0"/>
    <w:rsid w:val="00CB0664"/>
    <w:rsid w:val="00EF008A"/>
    <w:rsid w:val="00F31AB3"/>
    <w:rsid w:val="00FA7C1C"/>
    <w:rsid w:val="00FB33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CE0166"/>
  <w14:defaultImageDpi w14:val="300"/>
  <w15:docId w15:val="{6CFA535B-8B20-ED46-825B-14CBF7E14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600</Words>
  <Characters>3084</Characters>
  <Application>Microsoft Office Word</Application>
  <DocSecurity>0</DocSecurity>
  <Lines>308</Lines>
  <Paragraphs>334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Agrupació Fotogràfica Sant Just AFSantJust</cp:lastModifiedBy>
  <cp:revision>2</cp:revision>
  <dcterms:created xsi:type="dcterms:W3CDTF">2026-09-25T19:07:00Z</dcterms:created>
  <dcterms:modified xsi:type="dcterms:W3CDTF">2026-09-25T19:07:00Z</dcterms:modified>
  <cp:category/>
</cp:coreProperties>
</file>